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8FC" w:rsidRPr="008D293F" w:rsidRDefault="007E0A07" w:rsidP="00466A7B">
      <w:pPr>
        <w:spacing w:after="40"/>
        <w:jc w:val="center"/>
        <w:rPr>
          <w:lang w:val="el-GR"/>
        </w:rPr>
      </w:pPr>
      <w:r w:rsidRPr="008D293F">
        <w:rPr>
          <w:b/>
          <w:sz w:val="30"/>
          <w:lang w:val="el-GR"/>
        </w:rPr>
        <w:t>ΑΙΤΗΣΗ ΕΓΓΡΑΦΗΣ ΣΤΟ ΜΗΤΡΩΟ ΕΘΕΛΟΝΤΩΝ</w:t>
      </w:r>
    </w:p>
    <w:p w:rsidR="00C148FC" w:rsidRPr="008D293F" w:rsidRDefault="007E0A07" w:rsidP="00B758D2">
      <w:pPr>
        <w:spacing w:after="120"/>
        <w:jc w:val="center"/>
        <w:rPr>
          <w:lang w:val="el-GR"/>
        </w:rPr>
      </w:pPr>
      <w:r w:rsidRPr="008D293F">
        <w:rPr>
          <w:sz w:val="19"/>
          <w:lang w:val="el-GR"/>
        </w:rPr>
        <w:t>Γραφείο Εθελοντισμού Δήμου Λαμιέων</w:t>
      </w:r>
    </w:p>
    <w:tbl>
      <w:tblPr>
        <w:tblW w:w="0" w:type="auto"/>
        <w:jc w:val="center"/>
        <w:tblBorders>
          <w:top w:val="single" w:sz="6" w:space="0" w:color="B8C2CC"/>
          <w:left w:val="single" w:sz="6" w:space="0" w:color="B8C2CC"/>
          <w:bottom w:val="single" w:sz="6" w:space="0" w:color="B8C2CC"/>
          <w:right w:val="single" w:sz="6" w:space="0" w:color="B8C2CC"/>
          <w:insideH w:val="single" w:sz="6" w:space="0" w:color="B8C2CC"/>
          <w:insideV w:val="single" w:sz="6" w:space="0" w:color="B8C2CC"/>
        </w:tblBorders>
        <w:tblLook w:val="04A0" w:firstRow="1" w:lastRow="0" w:firstColumn="1" w:lastColumn="0" w:noHBand="0" w:noVBand="1"/>
      </w:tblPr>
      <w:tblGrid>
        <w:gridCol w:w="5241"/>
        <w:gridCol w:w="5241"/>
      </w:tblGrid>
      <w:tr w:rsidR="00C148FC">
        <w:trPr>
          <w:jc w:val="center"/>
        </w:trPr>
        <w:tc>
          <w:tcPr>
            <w:tcW w:w="5241" w:type="dxa"/>
          </w:tcPr>
          <w:p w:rsidR="00C148FC" w:rsidRPr="002105BC" w:rsidRDefault="007E0A07" w:rsidP="00E01EF9">
            <w:pPr>
              <w:spacing w:before="40" w:after="20"/>
              <w:rPr>
                <w:szCs w:val="18"/>
                <w:lang w:val="el-GR"/>
              </w:rPr>
            </w:pPr>
            <w:r w:rsidRPr="002105BC">
              <w:rPr>
                <w:b/>
                <w:szCs w:val="18"/>
                <w:lang w:val="el-GR"/>
              </w:rPr>
              <w:t>Αριθμός Μητρώου (συμπληρώνεται από την υπηρεσία)</w:t>
            </w:r>
          </w:p>
          <w:p w:rsidR="00C148FC" w:rsidRPr="002105BC" w:rsidRDefault="00C148FC">
            <w:pPr>
              <w:spacing w:before="20" w:after="0"/>
              <w:rPr>
                <w:szCs w:val="18"/>
                <w:lang w:val="el-GR"/>
              </w:rPr>
            </w:pPr>
          </w:p>
        </w:tc>
        <w:tc>
          <w:tcPr>
            <w:tcW w:w="5241" w:type="dxa"/>
          </w:tcPr>
          <w:p w:rsidR="00C148FC" w:rsidRPr="002105BC" w:rsidRDefault="007E0A07" w:rsidP="00E01EF9">
            <w:pPr>
              <w:spacing w:before="40" w:after="20"/>
              <w:rPr>
                <w:szCs w:val="18"/>
              </w:rPr>
            </w:pPr>
            <w:proofErr w:type="spellStart"/>
            <w:r w:rsidRPr="002105BC">
              <w:rPr>
                <w:b/>
                <w:szCs w:val="18"/>
              </w:rPr>
              <w:t>Ημερομηνί</w:t>
            </w:r>
            <w:proofErr w:type="spellEnd"/>
            <w:r w:rsidRPr="002105BC">
              <w:rPr>
                <w:b/>
                <w:szCs w:val="18"/>
              </w:rPr>
              <w:t>α α</w:t>
            </w:r>
            <w:proofErr w:type="spellStart"/>
            <w:r w:rsidRPr="002105BC">
              <w:rPr>
                <w:b/>
                <w:szCs w:val="18"/>
              </w:rPr>
              <w:t>ίτησης</w:t>
            </w:r>
            <w:proofErr w:type="spellEnd"/>
          </w:p>
          <w:p w:rsidR="00C148FC" w:rsidRPr="002105BC" w:rsidRDefault="00C148FC" w:rsidP="00174F92">
            <w:pPr>
              <w:spacing w:before="20" w:after="0"/>
              <w:rPr>
                <w:szCs w:val="18"/>
              </w:rPr>
            </w:pPr>
          </w:p>
        </w:tc>
      </w:tr>
    </w:tbl>
    <w:p w:rsidR="00C148FC" w:rsidRDefault="00C148FC">
      <w:pPr>
        <w:spacing w:after="0"/>
      </w:pPr>
    </w:p>
    <w:tbl>
      <w:tblPr>
        <w:tblW w:w="0" w:type="auto"/>
        <w:jc w:val="center"/>
        <w:tblBorders>
          <w:top w:val="single" w:sz="4" w:space="0" w:color="2F5597"/>
          <w:left w:val="single" w:sz="4" w:space="0" w:color="2F5597"/>
          <w:bottom w:val="single" w:sz="4" w:space="0" w:color="2F5597"/>
          <w:right w:val="single" w:sz="4" w:space="0" w:color="2F5597"/>
          <w:insideH w:val="single" w:sz="4" w:space="0" w:color="2F5597"/>
          <w:insideV w:val="single" w:sz="4" w:space="0" w:color="2F5597"/>
        </w:tblBorders>
        <w:tblLook w:val="04A0" w:firstRow="1" w:lastRow="0" w:firstColumn="1" w:lastColumn="0" w:noHBand="0" w:noVBand="1"/>
      </w:tblPr>
      <w:tblGrid>
        <w:gridCol w:w="10482"/>
      </w:tblGrid>
      <w:tr w:rsidR="00C148FC">
        <w:trPr>
          <w:jc w:val="center"/>
        </w:trPr>
        <w:tc>
          <w:tcPr>
            <w:tcW w:w="10482" w:type="dxa"/>
            <w:shd w:val="clear" w:color="auto" w:fill="DCE6F1"/>
          </w:tcPr>
          <w:p w:rsidR="00C148FC" w:rsidRDefault="007E0A07" w:rsidP="00E01EF9">
            <w:pPr>
              <w:spacing w:before="40" w:after="0" w:line="240" w:lineRule="auto"/>
            </w:pPr>
            <w:r>
              <w:rPr>
                <w:b/>
                <w:sz w:val="20"/>
              </w:rPr>
              <w:t>Α. ΠΡΟΣΩΠΙΚΑ ΣΤΟΙΧΕΙΑ</w:t>
            </w:r>
          </w:p>
        </w:tc>
      </w:tr>
    </w:tbl>
    <w:p w:rsidR="00C148FC" w:rsidRDefault="00C148FC">
      <w:pPr>
        <w:spacing w:after="0"/>
      </w:pPr>
    </w:p>
    <w:tbl>
      <w:tblPr>
        <w:tblW w:w="0" w:type="auto"/>
        <w:jc w:val="center"/>
        <w:tblBorders>
          <w:top w:val="single" w:sz="6" w:space="0" w:color="B8C2CC"/>
          <w:left w:val="single" w:sz="6" w:space="0" w:color="B8C2CC"/>
          <w:bottom w:val="single" w:sz="6" w:space="0" w:color="B8C2CC"/>
          <w:right w:val="single" w:sz="6" w:space="0" w:color="B8C2CC"/>
          <w:insideH w:val="single" w:sz="6" w:space="0" w:color="B8C2CC"/>
          <w:insideV w:val="single" w:sz="6" w:space="0" w:color="B8C2CC"/>
        </w:tblBorders>
        <w:tblLook w:val="04A0" w:firstRow="1" w:lastRow="0" w:firstColumn="1" w:lastColumn="0" w:noHBand="0" w:noVBand="1"/>
      </w:tblPr>
      <w:tblGrid>
        <w:gridCol w:w="5241"/>
        <w:gridCol w:w="5241"/>
      </w:tblGrid>
      <w:tr w:rsidR="00C148FC">
        <w:trPr>
          <w:jc w:val="center"/>
        </w:trPr>
        <w:tc>
          <w:tcPr>
            <w:tcW w:w="5241" w:type="dxa"/>
          </w:tcPr>
          <w:p w:rsidR="00C148FC" w:rsidRPr="002105BC" w:rsidRDefault="007E0A07">
            <w:pPr>
              <w:spacing w:after="20"/>
              <w:rPr>
                <w:szCs w:val="18"/>
              </w:rPr>
            </w:pPr>
            <w:r w:rsidRPr="002105BC">
              <w:rPr>
                <w:b/>
                <w:szCs w:val="18"/>
              </w:rPr>
              <w:t>Επ</w:t>
            </w:r>
            <w:proofErr w:type="spellStart"/>
            <w:r w:rsidRPr="002105BC">
              <w:rPr>
                <w:b/>
                <w:szCs w:val="18"/>
              </w:rPr>
              <w:t>ώνυμο</w:t>
            </w:r>
            <w:proofErr w:type="spellEnd"/>
          </w:p>
          <w:p w:rsidR="00C148FC" w:rsidRPr="002105BC" w:rsidRDefault="00C148FC">
            <w:pPr>
              <w:spacing w:before="20" w:after="0"/>
              <w:rPr>
                <w:szCs w:val="18"/>
                <w:lang w:val="el-GR"/>
              </w:rPr>
            </w:pPr>
          </w:p>
        </w:tc>
        <w:tc>
          <w:tcPr>
            <w:tcW w:w="5241" w:type="dxa"/>
          </w:tcPr>
          <w:p w:rsidR="00C148FC" w:rsidRPr="002105BC" w:rsidRDefault="007E0A07">
            <w:pPr>
              <w:spacing w:after="20"/>
              <w:rPr>
                <w:szCs w:val="18"/>
              </w:rPr>
            </w:pPr>
            <w:proofErr w:type="spellStart"/>
            <w:r w:rsidRPr="002105BC">
              <w:rPr>
                <w:b/>
                <w:szCs w:val="18"/>
              </w:rPr>
              <w:t>Όνομ</w:t>
            </w:r>
            <w:proofErr w:type="spellEnd"/>
            <w:r w:rsidRPr="002105BC">
              <w:rPr>
                <w:b/>
                <w:szCs w:val="18"/>
              </w:rPr>
              <w:t>α</w:t>
            </w:r>
          </w:p>
          <w:p w:rsidR="00C148FC" w:rsidRPr="002105BC" w:rsidRDefault="00C148FC" w:rsidP="00E01EF9">
            <w:pPr>
              <w:spacing w:before="20" w:after="0"/>
              <w:rPr>
                <w:szCs w:val="18"/>
                <w:lang w:val="el-GR"/>
              </w:rPr>
            </w:pPr>
          </w:p>
        </w:tc>
      </w:tr>
      <w:tr w:rsidR="00C148FC">
        <w:trPr>
          <w:jc w:val="center"/>
        </w:trPr>
        <w:tc>
          <w:tcPr>
            <w:tcW w:w="5241" w:type="dxa"/>
          </w:tcPr>
          <w:p w:rsidR="00C148FC" w:rsidRPr="002105BC" w:rsidRDefault="007E0A07">
            <w:pPr>
              <w:spacing w:after="20"/>
              <w:rPr>
                <w:szCs w:val="18"/>
              </w:rPr>
            </w:pPr>
            <w:r w:rsidRPr="002105BC">
              <w:rPr>
                <w:b/>
                <w:szCs w:val="18"/>
              </w:rPr>
              <w:t>Όνομα πατέρα</w:t>
            </w:r>
          </w:p>
          <w:p w:rsidR="00C148FC" w:rsidRPr="002105BC" w:rsidRDefault="00C148FC">
            <w:pPr>
              <w:spacing w:before="20" w:after="0"/>
              <w:rPr>
                <w:szCs w:val="18"/>
              </w:rPr>
            </w:pPr>
          </w:p>
        </w:tc>
        <w:tc>
          <w:tcPr>
            <w:tcW w:w="5241" w:type="dxa"/>
          </w:tcPr>
          <w:p w:rsidR="00C148FC" w:rsidRPr="002105BC" w:rsidRDefault="007E0A07">
            <w:pPr>
              <w:spacing w:after="20"/>
              <w:rPr>
                <w:szCs w:val="18"/>
              </w:rPr>
            </w:pPr>
            <w:r w:rsidRPr="002105BC">
              <w:rPr>
                <w:b/>
                <w:szCs w:val="18"/>
              </w:rPr>
              <w:t>Ημερομηνία γέννησης</w:t>
            </w:r>
          </w:p>
          <w:p w:rsidR="00C148FC" w:rsidRPr="002105BC" w:rsidRDefault="00C148FC">
            <w:pPr>
              <w:spacing w:before="20" w:after="0"/>
              <w:rPr>
                <w:szCs w:val="18"/>
              </w:rPr>
            </w:pPr>
          </w:p>
        </w:tc>
      </w:tr>
      <w:tr w:rsidR="00C148FC">
        <w:trPr>
          <w:jc w:val="center"/>
        </w:trPr>
        <w:tc>
          <w:tcPr>
            <w:tcW w:w="5241" w:type="dxa"/>
          </w:tcPr>
          <w:p w:rsidR="00C148FC" w:rsidRPr="002105BC" w:rsidRDefault="007E0A07">
            <w:pPr>
              <w:spacing w:after="20"/>
              <w:rPr>
                <w:szCs w:val="18"/>
              </w:rPr>
            </w:pPr>
            <w:r w:rsidRPr="002105BC">
              <w:rPr>
                <w:b/>
                <w:szCs w:val="18"/>
              </w:rPr>
              <w:t>Διεύθυνση κατοικίας</w:t>
            </w:r>
          </w:p>
          <w:p w:rsidR="00C148FC" w:rsidRPr="002105BC" w:rsidRDefault="00C148FC">
            <w:pPr>
              <w:spacing w:before="20" w:after="0"/>
              <w:rPr>
                <w:szCs w:val="18"/>
              </w:rPr>
            </w:pPr>
          </w:p>
        </w:tc>
        <w:tc>
          <w:tcPr>
            <w:tcW w:w="5241" w:type="dxa"/>
          </w:tcPr>
          <w:p w:rsidR="00C148FC" w:rsidRPr="002105BC" w:rsidRDefault="007E0A07">
            <w:pPr>
              <w:spacing w:after="20"/>
              <w:rPr>
                <w:szCs w:val="18"/>
              </w:rPr>
            </w:pPr>
            <w:r w:rsidRPr="002105BC">
              <w:rPr>
                <w:b/>
                <w:szCs w:val="18"/>
              </w:rPr>
              <w:t>Περιοχή / Τ.Κ.</w:t>
            </w:r>
          </w:p>
          <w:p w:rsidR="00C148FC" w:rsidRPr="002105BC" w:rsidRDefault="00C148FC">
            <w:pPr>
              <w:spacing w:before="20" w:after="0"/>
              <w:rPr>
                <w:szCs w:val="18"/>
              </w:rPr>
            </w:pPr>
          </w:p>
        </w:tc>
      </w:tr>
      <w:tr w:rsidR="00C148FC">
        <w:trPr>
          <w:jc w:val="center"/>
        </w:trPr>
        <w:tc>
          <w:tcPr>
            <w:tcW w:w="5241" w:type="dxa"/>
          </w:tcPr>
          <w:p w:rsidR="00C148FC" w:rsidRPr="002105BC" w:rsidRDefault="007E0A07">
            <w:pPr>
              <w:spacing w:after="20"/>
              <w:rPr>
                <w:szCs w:val="18"/>
              </w:rPr>
            </w:pPr>
            <w:r w:rsidRPr="002105BC">
              <w:rPr>
                <w:b/>
                <w:szCs w:val="18"/>
              </w:rPr>
              <w:t>Κινητό τηλέφωνο</w:t>
            </w:r>
          </w:p>
          <w:p w:rsidR="00C148FC" w:rsidRPr="002105BC" w:rsidRDefault="00C148FC">
            <w:pPr>
              <w:spacing w:before="20" w:after="0"/>
              <w:rPr>
                <w:szCs w:val="18"/>
              </w:rPr>
            </w:pPr>
          </w:p>
        </w:tc>
        <w:tc>
          <w:tcPr>
            <w:tcW w:w="5241" w:type="dxa"/>
          </w:tcPr>
          <w:p w:rsidR="00C148FC" w:rsidRPr="002105BC" w:rsidRDefault="007E0A07">
            <w:pPr>
              <w:spacing w:after="20"/>
              <w:rPr>
                <w:szCs w:val="18"/>
              </w:rPr>
            </w:pPr>
            <w:r w:rsidRPr="002105BC">
              <w:rPr>
                <w:b/>
                <w:szCs w:val="18"/>
              </w:rPr>
              <w:t>Σταθερό τηλέφωνο</w:t>
            </w:r>
          </w:p>
          <w:p w:rsidR="00C148FC" w:rsidRPr="002105BC" w:rsidRDefault="00C148FC">
            <w:pPr>
              <w:spacing w:before="20" w:after="0"/>
              <w:rPr>
                <w:szCs w:val="18"/>
              </w:rPr>
            </w:pPr>
          </w:p>
        </w:tc>
      </w:tr>
      <w:tr w:rsidR="00C148FC">
        <w:trPr>
          <w:jc w:val="center"/>
        </w:trPr>
        <w:tc>
          <w:tcPr>
            <w:tcW w:w="5241" w:type="dxa"/>
          </w:tcPr>
          <w:p w:rsidR="00C148FC" w:rsidRPr="002105BC" w:rsidRDefault="007E0A07">
            <w:pPr>
              <w:spacing w:after="20"/>
              <w:rPr>
                <w:szCs w:val="18"/>
              </w:rPr>
            </w:pPr>
            <w:r w:rsidRPr="002105BC">
              <w:rPr>
                <w:b/>
                <w:szCs w:val="18"/>
              </w:rPr>
              <w:t>E-mail</w:t>
            </w:r>
          </w:p>
          <w:p w:rsidR="00C148FC" w:rsidRPr="002105BC" w:rsidRDefault="00C148FC">
            <w:pPr>
              <w:spacing w:before="20" w:after="0"/>
              <w:rPr>
                <w:szCs w:val="18"/>
              </w:rPr>
            </w:pPr>
          </w:p>
        </w:tc>
        <w:tc>
          <w:tcPr>
            <w:tcW w:w="5241" w:type="dxa"/>
          </w:tcPr>
          <w:p w:rsidR="00C148FC" w:rsidRPr="002105BC" w:rsidRDefault="007E0A07">
            <w:pPr>
              <w:spacing w:after="20"/>
              <w:rPr>
                <w:szCs w:val="18"/>
              </w:rPr>
            </w:pPr>
            <w:r w:rsidRPr="002105BC">
              <w:rPr>
                <w:b/>
                <w:szCs w:val="18"/>
              </w:rPr>
              <w:t>Social Media (προαιρετικά)</w:t>
            </w:r>
          </w:p>
          <w:p w:rsidR="00C148FC" w:rsidRPr="002105BC" w:rsidRDefault="00C148FC">
            <w:pPr>
              <w:spacing w:before="20" w:after="0"/>
              <w:rPr>
                <w:szCs w:val="18"/>
              </w:rPr>
            </w:pPr>
          </w:p>
        </w:tc>
      </w:tr>
    </w:tbl>
    <w:p w:rsidR="00C148FC" w:rsidRDefault="00C148FC">
      <w:pPr>
        <w:spacing w:after="0"/>
      </w:pPr>
    </w:p>
    <w:tbl>
      <w:tblPr>
        <w:tblW w:w="0" w:type="auto"/>
        <w:jc w:val="center"/>
        <w:tblBorders>
          <w:top w:val="single" w:sz="4" w:space="0" w:color="2F5597"/>
          <w:left w:val="single" w:sz="4" w:space="0" w:color="2F5597"/>
          <w:bottom w:val="single" w:sz="4" w:space="0" w:color="2F5597"/>
          <w:right w:val="single" w:sz="4" w:space="0" w:color="2F5597"/>
          <w:insideH w:val="single" w:sz="4" w:space="0" w:color="2F5597"/>
          <w:insideV w:val="single" w:sz="4" w:space="0" w:color="2F5597"/>
        </w:tblBorders>
        <w:tblLook w:val="04A0" w:firstRow="1" w:lastRow="0" w:firstColumn="1" w:lastColumn="0" w:noHBand="0" w:noVBand="1"/>
      </w:tblPr>
      <w:tblGrid>
        <w:gridCol w:w="10482"/>
      </w:tblGrid>
      <w:tr w:rsidR="00C148FC">
        <w:trPr>
          <w:jc w:val="center"/>
        </w:trPr>
        <w:tc>
          <w:tcPr>
            <w:tcW w:w="10482" w:type="dxa"/>
            <w:shd w:val="clear" w:color="auto" w:fill="DCE6F1"/>
          </w:tcPr>
          <w:p w:rsidR="00C148FC" w:rsidRDefault="007E0A07" w:rsidP="00373903">
            <w:pPr>
              <w:spacing w:before="40" w:after="0" w:line="240" w:lineRule="auto"/>
            </w:pPr>
            <w:r>
              <w:rPr>
                <w:b/>
                <w:sz w:val="20"/>
              </w:rPr>
              <w:t>Β. ΕΚΠΑΙΔΕΥΣΗ – ΙΔΙΟΤΗΤΑ – ΔΕΞΙΟΤΗΤΕΣ</w:t>
            </w:r>
          </w:p>
        </w:tc>
      </w:tr>
    </w:tbl>
    <w:p w:rsidR="00C148FC" w:rsidRDefault="00C148FC">
      <w:pPr>
        <w:spacing w:after="0"/>
      </w:pPr>
    </w:p>
    <w:tbl>
      <w:tblPr>
        <w:tblW w:w="0" w:type="auto"/>
        <w:jc w:val="center"/>
        <w:tblBorders>
          <w:top w:val="single" w:sz="6" w:space="0" w:color="B8C2CC"/>
          <w:left w:val="single" w:sz="6" w:space="0" w:color="B8C2CC"/>
          <w:bottom w:val="single" w:sz="6" w:space="0" w:color="B8C2CC"/>
          <w:right w:val="single" w:sz="6" w:space="0" w:color="B8C2CC"/>
          <w:insideH w:val="single" w:sz="6" w:space="0" w:color="B8C2CC"/>
          <w:insideV w:val="single" w:sz="6" w:space="0" w:color="B8C2CC"/>
        </w:tblBorders>
        <w:tblLook w:val="04A0" w:firstRow="1" w:lastRow="0" w:firstColumn="1" w:lastColumn="0" w:noHBand="0" w:noVBand="1"/>
      </w:tblPr>
      <w:tblGrid>
        <w:gridCol w:w="390"/>
        <w:gridCol w:w="764"/>
        <w:gridCol w:w="390"/>
        <w:gridCol w:w="631"/>
        <w:gridCol w:w="390"/>
        <w:gridCol w:w="2464"/>
        <w:gridCol w:w="390"/>
        <w:gridCol w:w="2262"/>
        <w:gridCol w:w="390"/>
        <w:gridCol w:w="2362"/>
      </w:tblGrid>
      <w:tr w:rsidR="0057785A" w:rsidRPr="00E01EF9" w:rsidTr="00CA764C">
        <w:trPr>
          <w:trHeight w:val="178"/>
          <w:jc w:val="center"/>
        </w:trPr>
        <w:tc>
          <w:tcPr>
            <w:tcW w:w="5029" w:type="dxa"/>
            <w:gridSpan w:val="6"/>
          </w:tcPr>
          <w:p w:rsidR="0057785A" w:rsidRPr="002105BC" w:rsidRDefault="0057785A" w:rsidP="0051148C">
            <w:pPr>
              <w:spacing w:after="40"/>
              <w:rPr>
                <w:szCs w:val="18"/>
                <w:lang w:val="el-GR"/>
              </w:rPr>
            </w:pPr>
            <w:r w:rsidRPr="002105BC">
              <w:rPr>
                <w:b/>
                <w:szCs w:val="18"/>
                <w:lang w:val="el-GR"/>
              </w:rPr>
              <w:t>Εκπαίδευση</w:t>
            </w:r>
          </w:p>
        </w:tc>
        <w:tc>
          <w:tcPr>
            <w:tcW w:w="5404" w:type="dxa"/>
            <w:gridSpan w:val="4"/>
          </w:tcPr>
          <w:p w:rsidR="0057785A" w:rsidRPr="002105BC" w:rsidRDefault="0057785A" w:rsidP="0051148C">
            <w:pPr>
              <w:spacing w:after="40"/>
              <w:rPr>
                <w:szCs w:val="18"/>
                <w:lang w:val="el-GR"/>
              </w:rPr>
            </w:pPr>
            <w:r w:rsidRPr="002105BC">
              <w:rPr>
                <w:b/>
                <w:szCs w:val="18"/>
                <w:lang w:val="el-GR"/>
              </w:rPr>
              <w:t>Ιδιότητα</w:t>
            </w:r>
          </w:p>
        </w:tc>
      </w:tr>
      <w:tr w:rsidR="00855AE9" w:rsidRPr="00E01EF9" w:rsidTr="00CA764C">
        <w:trPr>
          <w:trHeight w:val="178"/>
          <w:jc w:val="center"/>
        </w:trPr>
        <w:tc>
          <w:tcPr>
            <w:tcW w:w="390" w:type="dxa"/>
            <w:vAlign w:val="center"/>
          </w:tcPr>
          <w:p w:rsidR="00855AE9" w:rsidRPr="008D293F" w:rsidRDefault="00855AE9" w:rsidP="0051148C">
            <w:pPr>
              <w:spacing w:after="20"/>
              <w:jc w:val="center"/>
              <w:rPr>
                <w:b/>
                <w:sz w:val="17"/>
                <w:lang w:val="el-GR"/>
              </w:rPr>
            </w:pPr>
          </w:p>
        </w:tc>
        <w:tc>
          <w:tcPr>
            <w:tcW w:w="1785" w:type="dxa"/>
            <w:gridSpan w:val="3"/>
          </w:tcPr>
          <w:p w:rsidR="00855AE9" w:rsidRPr="002105BC" w:rsidRDefault="00A47A60">
            <w:pPr>
              <w:spacing w:after="20"/>
              <w:rPr>
                <w:b/>
                <w:szCs w:val="18"/>
                <w:lang w:val="el-GR"/>
              </w:rPr>
            </w:pPr>
            <w:r w:rsidRPr="002105BC">
              <w:rPr>
                <w:szCs w:val="18"/>
                <w:lang w:val="el-GR"/>
              </w:rPr>
              <w:t>Υποχρεωτική</w:t>
            </w:r>
          </w:p>
        </w:tc>
        <w:tc>
          <w:tcPr>
            <w:tcW w:w="390" w:type="dxa"/>
            <w:vAlign w:val="center"/>
          </w:tcPr>
          <w:p w:rsidR="00855AE9" w:rsidRPr="002105BC" w:rsidRDefault="00855AE9" w:rsidP="0051148C">
            <w:pPr>
              <w:spacing w:after="20"/>
              <w:jc w:val="center"/>
              <w:rPr>
                <w:b/>
                <w:szCs w:val="18"/>
                <w:lang w:val="el-GR"/>
              </w:rPr>
            </w:pPr>
          </w:p>
        </w:tc>
        <w:tc>
          <w:tcPr>
            <w:tcW w:w="2464" w:type="dxa"/>
          </w:tcPr>
          <w:p w:rsidR="00855AE9" w:rsidRPr="002105BC" w:rsidRDefault="00A47A60">
            <w:pPr>
              <w:spacing w:after="20"/>
              <w:rPr>
                <w:b/>
                <w:szCs w:val="18"/>
                <w:lang w:val="el-GR"/>
              </w:rPr>
            </w:pPr>
            <w:r w:rsidRPr="002105BC">
              <w:rPr>
                <w:rFonts w:cs="Arial"/>
                <w:szCs w:val="18"/>
                <w:lang w:val="el-GR"/>
              </w:rPr>
              <w:t>Δευτεροβάθμια</w:t>
            </w:r>
          </w:p>
        </w:tc>
        <w:tc>
          <w:tcPr>
            <w:tcW w:w="390" w:type="dxa"/>
            <w:vAlign w:val="center"/>
          </w:tcPr>
          <w:p w:rsidR="00855AE9" w:rsidRPr="002105BC" w:rsidRDefault="00855AE9" w:rsidP="0051148C">
            <w:pPr>
              <w:spacing w:after="20"/>
              <w:jc w:val="center"/>
              <w:rPr>
                <w:b/>
                <w:szCs w:val="18"/>
                <w:lang w:val="el-GR"/>
              </w:rPr>
            </w:pPr>
          </w:p>
        </w:tc>
        <w:tc>
          <w:tcPr>
            <w:tcW w:w="2262" w:type="dxa"/>
          </w:tcPr>
          <w:p w:rsidR="00855AE9" w:rsidRPr="002105BC" w:rsidRDefault="00855AE9">
            <w:pPr>
              <w:spacing w:after="20"/>
              <w:rPr>
                <w:b/>
                <w:szCs w:val="18"/>
                <w:lang w:val="el-GR"/>
              </w:rPr>
            </w:pPr>
            <w:r w:rsidRPr="002105BC">
              <w:rPr>
                <w:szCs w:val="18"/>
                <w:lang w:val="el-GR"/>
              </w:rPr>
              <w:t xml:space="preserve">Σπουδαστής/Φοιτητής   </w:t>
            </w:r>
          </w:p>
        </w:tc>
        <w:tc>
          <w:tcPr>
            <w:tcW w:w="390" w:type="dxa"/>
            <w:vAlign w:val="center"/>
          </w:tcPr>
          <w:p w:rsidR="00855AE9" w:rsidRPr="002105BC" w:rsidRDefault="00855AE9" w:rsidP="0051148C">
            <w:pPr>
              <w:spacing w:after="20"/>
              <w:jc w:val="center"/>
              <w:rPr>
                <w:b/>
                <w:szCs w:val="18"/>
                <w:lang w:val="el-GR"/>
              </w:rPr>
            </w:pPr>
          </w:p>
        </w:tc>
        <w:tc>
          <w:tcPr>
            <w:tcW w:w="2362" w:type="dxa"/>
          </w:tcPr>
          <w:p w:rsidR="00855AE9" w:rsidRPr="002105BC" w:rsidRDefault="00855AE9">
            <w:pPr>
              <w:spacing w:after="20"/>
              <w:rPr>
                <w:b/>
                <w:szCs w:val="18"/>
                <w:lang w:val="el-GR"/>
              </w:rPr>
            </w:pPr>
            <w:r w:rsidRPr="002105BC">
              <w:rPr>
                <w:szCs w:val="18"/>
                <w:lang w:val="el-GR"/>
              </w:rPr>
              <w:t>Εργαζόμενος</w:t>
            </w:r>
          </w:p>
        </w:tc>
      </w:tr>
      <w:tr w:rsidR="00855AE9" w:rsidRPr="00E01EF9" w:rsidTr="00CA764C">
        <w:trPr>
          <w:trHeight w:val="178"/>
          <w:jc w:val="center"/>
        </w:trPr>
        <w:tc>
          <w:tcPr>
            <w:tcW w:w="390" w:type="dxa"/>
            <w:vAlign w:val="center"/>
          </w:tcPr>
          <w:p w:rsidR="00855AE9" w:rsidRPr="008D293F" w:rsidRDefault="00855AE9" w:rsidP="0051148C">
            <w:pPr>
              <w:spacing w:after="20"/>
              <w:jc w:val="center"/>
              <w:rPr>
                <w:b/>
                <w:sz w:val="17"/>
                <w:lang w:val="el-GR"/>
              </w:rPr>
            </w:pPr>
          </w:p>
        </w:tc>
        <w:tc>
          <w:tcPr>
            <w:tcW w:w="1785" w:type="dxa"/>
            <w:gridSpan w:val="3"/>
          </w:tcPr>
          <w:p w:rsidR="00855AE9" w:rsidRPr="002105BC" w:rsidRDefault="00A47A60">
            <w:pPr>
              <w:spacing w:after="20"/>
              <w:rPr>
                <w:b/>
                <w:szCs w:val="18"/>
                <w:lang w:val="el-GR"/>
              </w:rPr>
            </w:pPr>
            <w:r w:rsidRPr="002105BC">
              <w:rPr>
                <w:rFonts w:cs="Arial"/>
                <w:szCs w:val="18"/>
                <w:lang w:val="el-GR"/>
              </w:rPr>
              <w:t>Τριτοβάθμια</w:t>
            </w:r>
          </w:p>
        </w:tc>
        <w:tc>
          <w:tcPr>
            <w:tcW w:w="390" w:type="dxa"/>
            <w:vAlign w:val="center"/>
          </w:tcPr>
          <w:p w:rsidR="00855AE9" w:rsidRPr="002105BC" w:rsidRDefault="00855AE9" w:rsidP="0051148C">
            <w:pPr>
              <w:spacing w:after="20"/>
              <w:jc w:val="center"/>
              <w:rPr>
                <w:b/>
                <w:szCs w:val="18"/>
                <w:lang w:val="el-GR"/>
              </w:rPr>
            </w:pPr>
          </w:p>
        </w:tc>
        <w:tc>
          <w:tcPr>
            <w:tcW w:w="2464" w:type="dxa"/>
          </w:tcPr>
          <w:p w:rsidR="00855AE9" w:rsidRPr="002105BC" w:rsidRDefault="00A47A60">
            <w:pPr>
              <w:spacing w:after="20"/>
              <w:rPr>
                <w:b/>
                <w:szCs w:val="18"/>
                <w:lang w:val="el-GR"/>
              </w:rPr>
            </w:pPr>
            <w:r w:rsidRPr="002105BC">
              <w:rPr>
                <w:rFonts w:cs="Arial"/>
                <w:szCs w:val="18"/>
                <w:lang w:val="el-GR"/>
              </w:rPr>
              <w:t>Άλλο</w:t>
            </w:r>
          </w:p>
        </w:tc>
        <w:tc>
          <w:tcPr>
            <w:tcW w:w="390" w:type="dxa"/>
            <w:vAlign w:val="center"/>
          </w:tcPr>
          <w:p w:rsidR="00855AE9" w:rsidRPr="002105BC" w:rsidRDefault="00855AE9" w:rsidP="0051148C">
            <w:pPr>
              <w:spacing w:after="20"/>
              <w:jc w:val="center"/>
              <w:rPr>
                <w:b/>
                <w:szCs w:val="18"/>
                <w:lang w:val="el-GR"/>
              </w:rPr>
            </w:pPr>
          </w:p>
        </w:tc>
        <w:tc>
          <w:tcPr>
            <w:tcW w:w="2262" w:type="dxa"/>
          </w:tcPr>
          <w:p w:rsidR="00855AE9" w:rsidRPr="002105BC" w:rsidRDefault="00855AE9">
            <w:pPr>
              <w:spacing w:after="20"/>
              <w:rPr>
                <w:b/>
                <w:szCs w:val="18"/>
                <w:lang w:val="el-GR"/>
              </w:rPr>
            </w:pPr>
            <w:r w:rsidRPr="002105BC">
              <w:rPr>
                <w:rFonts w:cs="Arial"/>
                <w:szCs w:val="18"/>
                <w:lang w:val="el-GR"/>
              </w:rPr>
              <w:t>Συνταξιούχος</w:t>
            </w:r>
          </w:p>
        </w:tc>
        <w:tc>
          <w:tcPr>
            <w:tcW w:w="390" w:type="dxa"/>
            <w:vAlign w:val="center"/>
          </w:tcPr>
          <w:p w:rsidR="00855AE9" w:rsidRPr="002105BC" w:rsidRDefault="00855AE9" w:rsidP="0051148C">
            <w:pPr>
              <w:spacing w:after="20"/>
              <w:jc w:val="center"/>
              <w:rPr>
                <w:b/>
                <w:szCs w:val="18"/>
                <w:lang w:val="el-GR"/>
              </w:rPr>
            </w:pPr>
          </w:p>
        </w:tc>
        <w:tc>
          <w:tcPr>
            <w:tcW w:w="2362" w:type="dxa"/>
          </w:tcPr>
          <w:p w:rsidR="00855AE9" w:rsidRPr="002105BC" w:rsidRDefault="00855AE9">
            <w:pPr>
              <w:spacing w:after="20"/>
              <w:rPr>
                <w:b/>
                <w:szCs w:val="18"/>
                <w:lang w:val="el-GR"/>
              </w:rPr>
            </w:pPr>
            <w:r w:rsidRPr="002105BC">
              <w:rPr>
                <w:rFonts w:cs="Arial"/>
                <w:szCs w:val="18"/>
                <w:lang w:val="el-GR"/>
              </w:rPr>
              <w:t>Άνεργος</w:t>
            </w:r>
          </w:p>
        </w:tc>
      </w:tr>
      <w:tr w:rsidR="00C148FC" w:rsidTr="00CA764C">
        <w:trPr>
          <w:trHeight w:val="656"/>
          <w:jc w:val="center"/>
        </w:trPr>
        <w:tc>
          <w:tcPr>
            <w:tcW w:w="5029" w:type="dxa"/>
            <w:gridSpan w:val="6"/>
          </w:tcPr>
          <w:p w:rsidR="00C148FC" w:rsidRPr="002105BC" w:rsidRDefault="007E0A07" w:rsidP="00B758D2">
            <w:pPr>
              <w:spacing w:after="60"/>
              <w:rPr>
                <w:szCs w:val="18"/>
              </w:rPr>
            </w:pPr>
            <w:proofErr w:type="spellStart"/>
            <w:r w:rsidRPr="002105BC">
              <w:rPr>
                <w:b/>
                <w:szCs w:val="18"/>
              </w:rPr>
              <w:t>Ειδικότητ</w:t>
            </w:r>
            <w:proofErr w:type="spellEnd"/>
            <w:r w:rsidRPr="002105BC">
              <w:rPr>
                <w:b/>
                <w:szCs w:val="18"/>
              </w:rPr>
              <w:t>α (</w:t>
            </w:r>
            <w:proofErr w:type="spellStart"/>
            <w:r w:rsidRPr="002105BC">
              <w:rPr>
                <w:b/>
                <w:szCs w:val="18"/>
              </w:rPr>
              <w:t>γι</w:t>
            </w:r>
            <w:proofErr w:type="spellEnd"/>
            <w:r w:rsidRPr="002105BC">
              <w:rPr>
                <w:b/>
                <w:szCs w:val="18"/>
              </w:rPr>
              <w:t>α απ</w:t>
            </w:r>
            <w:proofErr w:type="spellStart"/>
            <w:r w:rsidRPr="002105BC">
              <w:rPr>
                <w:b/>
                <w:szCs w:val="18"/>
              </w:rPr>
              <w:t>οφοίτους</w:t>
            </w:r>
            <w:proofErr w:type="spellEnd"/>
            <w:r w:rsidRPr="002105BC">
              <w:rPr>
                <w:b/>
                <w:szCs w:val="18"/>
              </w:rPr>
              <w:t xml:space="preserve"> </w:t>
            </w:r>
            <w:proofErr w:type="spellStart"/>
            <w:r w:rsidRPr="002105BC">
              <w:rPr>
                <w:b/>
                <w:szCs w:val="18"/>
              </w:rPr>
              <w:t>Τριτο</w:t>
            </w:r>
            <w:proofErr w:type="spellEnd"/>
            <w:r w:rsidRPr="002105BC">
              <w:rPr>
                <w:b/>
                <w:szCs w:val="18"/>
              </w:rPr>
              <w:t>βάθμιας)</w:t>
            </w:r>
          </w:p>
          <w:p w:rsidR="00C148FC" w:rsidRPr="002105BC" w:rsidRDefault="00C148FC" w:rsidP="00B758D2">
            <w:pPr>
              <w:spacing w:after="60"/>
              <w:rPr>
                <w:szCs w:val="18"/>
              </w:rPr>
            </w:pPr>
          </w:p>
        </w:tc>
        <w:tc>
          <w:tcPr>
            <w:tcW w:w="5404" w:type="dxa"/>
            <w:gridSpan w:val="4"/>
          </w:tcPr>
          <w:p w:rsidR="00C148FC" w:rsidRPr="002105BC" w:rsidRDefault="007E0A07" w:rsidP="0051148C">
            <w:pPr>
              <w:spacing w:after="120"/>
              <w:rPr>
                <w:szCs w:val="18"/>
              </w:rPr>
            </w:pPr>
            <w:r w:rsidRPr="002105BC">
              <w:rPr>
                <w:b/>
                <w:szCs w:val="18"/>
              </w:rPr>
              <w:t>Επάγγελμα (για εργαζόμενους)</w:t>
            </w:r>
          </w:p>
          <w:p w:rsidR="00C148FC" w:rsidRPr="002105BC" w:rsidRDefault="00C148FC" w:rsidP="0051148C">
            <w:pPr>
              <w:spacing w:after="120"/>
              <w:rPr>
                <w:szCs w:val="18"/>
              </w:rPr>
            </w:pPr>
          </w:p>
        </w:tc>
      </w:tr>
      <w:tr w:rsidR="000174B8" w:rsidTr="00CA764C">
        <w:trPr>
          <w:trHeight w:val="201"/>
          <w:jc w:val="center"/>
        </w:trPr>
        <w:tc>
          <w:tcPr>
            <w:tcW w:w="5029" w:type="dxa"/>
            <w:gridSpan w:val="6"/>
          </w:tcPr>
          <w:p w:rsidR="000174B8" w:rsidRPr="002105BC" w:rsidRDefault="000174B8" w:rsidP="0051148C">
            <w:pPr>
              <w:spacing w:after="40"/>
              <w:rPr>
                <w:szCs w:val="18"/>
                <w:lang w:val="el-GR"/>
              </w:rPr>
            </w:pPr>
            <w:r w:rsidRPr="002105BC">
              <w:rPr>
                <w:b/>
                <w:szCs w:val="18"/>
                <w:lang w:val="el-GR"/>
              </w:rPr>
              <w:t>Γνώσεις Η/Υ</w:t>
            </w:r>
          </w:p>
        </w:tc>
        <w:tc>
          <w:tcPr>
            <w:tcW w:w="5404" w:type="dxa"/>
            <w:gridSpan w:val="4"/>
            <w:vMerge w:val="restart"/>
          </w:tcPr>
          <w:p w:rsidR="000174B8" w:rsidRPr="002105BC" w:rsidRDefault="000174B8" w:rsidP="0051148C">
            <w:pPr>
              <w:spacing w:after="120"/>
              <w:rPr>
                <w:szCs w:val="18"/>
              </w:rPr>
            </w:pPr>
            <w:r w:rsidRPr="002105BC">
              <w:rPr>
                <w:b/>
                <w:szCs w:val="18"/>
              </w:rPr>
              <w:t>Άλλες γνώσεις / ασχολίες</w:t>
            </w:r>
          </w:p>
          <w:p w:rsidR="000174B8" w:rsidRPr="002105BC" w:rsidRDefault="000174B8">
            <w:pPr>
              <w:spacing w:before="20" w:after="0"/>
              <w:rPr>
                <w:szCs w:val="18"/>
              </w:rPr>
            </w:pPr>
          </w:p>
        </w:tc>
      </w:tr>
      <w:tr w:rsidR="0051148C" w:rsidTr="00CA764C">
        <w:trPr>
          <w:trHeight w:val="201"/>
          <w:jc w:val="center"/>
        </w:trPr>
        <w:tc>
          <w:tcPr>
            <w:tcW w:w="390" w:type="dxa"/>
            <w:vAlign w:val="center"/>
          </w:tcPr>
          <w:p w:rsidR="000174B8" w:rsidRPr="008D293F" w:rsidRDefault="000174B8" w:rsidP="0051148C">
            <w:pPr>
              <w:spacing w:after="20"/>
              <w:jc w:val="center"/>
              <w:rPr>
                <w:b/>
                <w:sz w:val="17"/>
                <w:lang w:val="el-GR"/>
              </w:rPr>
            </w:pPr>
          </w:p>
        </w:tc>
        <w:tc>
          <w:tcPr>
            <w:tcW w:w="764" w:type="dxa"/>
            <w:vAlign w:val="center"/>
          </w:tcPr>
          <w:p w:rsidR="000174B8" w:rsidRPr="002105BC" w:rsidRDefault="000174B8" w:rsidP="0051148C">
            <w:pPr>
              <w:spacing w:after="20"/>
              <w:rPr>
                <w:b/>
                <w:szCs w:val="18"/>
                <w:lang w:val="el-GR"/>
              </w:rPr>
            </w:pPr>
            <w:r w:rsidRPr="002105BC">
              <w:rPr>
                <w:szCs w:val="18"/>
                <w:lang w:val="el-GR"/>
              </w:rPr>
              <w:t>Μέτρια</w:t>
            </w:r>
          </w:p>
        </w:tc>
        <w:tc>
          <w:tcPr>
            <w:tcW w:w="390" w:type="dxa"/>
            <w:vAlign w:val="center"/>
          </w:tcPr>
          <w:p w:rsidR="000174B8" w:rsidRPr="002105BC" w:rsidRDefault="000174B8" w:rsidP="0051148C">
            <w:pPr>
              <w:spacing w:after="20"/>
              <w:jc w:val="center"/>
              <w:rPr>
                <w:b/>
                <w:szCs w:val="18"/>
                <w:lang w:val="el-GR"/>
              </w:rPr>
            </w:pPr>
          </w:p>
        </w:tc>
        <w:tc>
          <w:tcPr>
            <w:tcW w:w="631" w:type="dxa"/>
            <w:vAlign w:val="center"/>
          </w:tcPr>
          <w:p w:rsidR="000174B8" w:rsidRPr="002105BC" w:rsidRDefault="000174B8" w:rsidP="0051148C">
            <w:pPr>
              <w:spacing w:after="20"/>
              <w:rPr>
                <w:b/>
                <w:szCs w:val="18"/>
                <w:lang w:val="el-GR"/>
              </w:rPr>
            </w:pPr>
            <w:r w:rsidRPr="002105BC">
              <w:rPr>
                <w:szCs w:val="18"/>
                <w:lang w:val="el-GR"/>
              </w:rPr>
              <w:t>Καλή</w:t>
            </w:r>
          </w:p>
        </w:tc>
        <w:tc>
          <w:tcPr>
            <w:tcW w:w="390" w:type="dxa"/>
            <w:vAlign w:val="center"/>
          </w:tcPr>
          <w:p w:rsidR="000174B8" w:rsidRPr="002105BC" w:rsidRDefault="000174B8" w:rsidP="0051148C">
            <w:pPr>
              <w:spacing w:after="20"/>
              <w:jc w:val="center"/>
              <w:rPr>
                <w:b/>
                <w:szCs w:val="18"/>
                <w:lang w:val="el-GR"/>
              </w:rPr>
            </w:pPr>
          </w:p>
        </w:tc>
        <w:tc>
          <w:tcPr>
            <w:tcW w:w="2464" w:type="dxa"/>
            <w:vAlign w:val="center"/>
          </w:tcPr>
          <w:p w:rsidR="000174B8" w:rsidRPr="002105BC" w:rsidRDefault="000174B8" w:rsidP="0051148C">
            <w:pPr>
              <w:spacing w:after="20"/>
              <w:rPr>
                <w:b/>
                <w:szCs w:val="18"/>
                <w:lang w:val="el-GR"/>
              </w:rPr>
            </w:pPr>
            <w:r w:rsidRPr="002105BC">
              <w:rPr>
                <w:rFonts w:cs="Arial"/>
                <w:szCs w:val="18"/>
                <w:lang w:val="el-GR"/>
              </w:rPr>
              <w:t>Άριστη</w:t>
            </w:r>
          </w:p>
        </w:tc>
        <w:tc>
          <w:tcPr>
            <w:tcW w:w="5404" w:type="dxa"/>
            <w:gridSpan w:val="4"/>
            <w:vMerge/>
          </w:tcPr>
          <w:p w:rsidR="000174B8" w:rsidRPr="002105BC" w:rsidRDefault="000174B8">
            <w:pPr>
              <w:spacing w:after="20"/>
              <w:rPr>
                <w:b/>
                <w:szCs w:val="18"/>
              </w:rPr>
            </w:pPr>
          </w:p>
        </w:tc>
      </w:tr>
      <w:tr w:rsidR="00C148FC" w:rsidRPr="00E01EF9" w:rsidTr="00CA764C">
        <w:trPr>
          <w:trHeight w:val="372"/>
          <w:jc w:val="center"/>
        </w:trPr>
        <w:tc>
          <w:tcPr>
            <w:tcW w:w="5029" w:type="dxa"/>
            <w:gridSpan w:val="6"/>
          </w:tcPr>
          <w:p w:rsidR="00C148FC" w:rsidRPr="002105BC" w:rsidRDefault="007E0A07" w:rsidP="00B758D2">
            <w:pPr>
              <w:spacing w:after="60"/>
              <w:rPr>
                <w:szCs w:val="18"/>
              </w:rPr>
            </w:pPr>
            <w:proofErr w:type="spellStart"/>
            <w:r w:rsidRPr="002105BC">
              <w:rPr>
                <w:b/>
                <w:szCs w:val="18"/>
              </w:rPr>
              <w:t>Ιδι</w:t>
            </w:r>
            <w:proofErr w:type="spellEnd"/>
            <w:r w:rsidRPr="002105BC">
              <w:rPr>
                <w:b/>
                <w:szCs w:val="18"/>
              </w:rPr>
              <w:t xml:space="preserve">αίτερες </w:t>
            </w:r>
            <w:proofErr w:type="spellStart"/>
            <w:r w:rsidRPr="002105BC">
              <w:rPr>
                <w:b/>
                <w:szCs w:val="18"/>
              </w:rPr>
              <w:t>δεξιότητες</w:t>
            </w:r>
            <w:proofErr w:type="spellEnd"/>
          </w:p>
          <w:p w:rsidR="00C148FC" w:rsidRPr="002105BC" w:rsidRDefault="00C148FC" w:rsidP="00B758D2">
            <w:pPr>
              <w:spacing w:after="60"/>
              <w:rPr>
                <w:szCs w:val="18"/>
              </w:rPr>
            </w:pPr>
          </w:p>
        </w:tc>
        <w:tc>
          <w:tcPr>
            <w:tcW w:w="5404" w:type="dxa"/>
            <w:gridSpan w:val="4"/>
          </w:tcPr>
          <w:p w:rsidR="00C148FC" w:rsidRPr="002105BC" w:rsidRDefault="007E0A07">
            <w:pPr>
              <w:spacing w:after="20"/>
              <w:rPr>
                <w:szCs w:val="18"/>
                <w:lang w:val="el-GR"/>
              </w:rPr>
            </w:pPr>
            <w:r w:rsidRPr="002105BC">
              <w:rPr>
                <w:b/>
                <w:szCs w:val="18"/>
                <w:lang w:val="el-GR"/>
              </w:rPr>
              <w:t>Άλλο στοιχείο που θεωρείτε χρήσιμο</w:t>
            </w:r>
          </w:p>
          <w:p w:rsidR="00C148FC" w:rsidRPr="002105BC" w:rsidRDefault="00C148FC">
            <w:pPr>
              <w:spacing w:before="20" w:after="0"/>
              <w:rPr>
                <w:szCs w:val="18"/>
                <w:lang w:val="el-GR"/>
              </w:rPr>
            </w:pPr>
          </w:p>
        </w:tc>
      </w:tr>
    </w:tbl>
    <w:p w:rsidR="00C148FC" w:rsidRPr="008D293F" w:rsidRDefault="00C148FC">
      <w:pPr>
        <w:spacing w:after="0"/>
        <w:rPr>
          <w:lang w:val="el-GR"/>
        </w:rPr>
      </w:pPr>
    </w:p>
    <w:tbl>
      <w:tblPr>
        <w:tblW w:w="0" w:type="auto"/>
        <w:jc w:val="center"/>
        <w:tblBorders>
          <w:top w:val="single" w:sz="4" w:space="0" w:color="2F5597"/>
          <w:left w:val="single" w:sz="4" w:space="0" w:color="2F5597"/>
          <w:bottom w:val="single" w:sz="4" w:space="0" w:color="2F5597"/>
          <w:right w:val="single" w:sz="4" w:space="0" w:color="2F5597"/>
          <w:insideH w:val="single" w:sz="4" w:space="0" w:color="2F5597"/>
          <w:insideV w:val="single" w:sz="4" w:space="0" w:color="2F5597"/>
        </w:tblBorders>
        <w:tblLook w:val="04A0" w:firstRow="1" w:lastRow="0" w:firstColumn="1" w:lastColumn="0" w:noHBand="0" w:noVBand="1"/>
      </w:tblPr>
      <w:tblGrid>
        <w:gridCol w:w="10482"/>
      </w:tblGrid>
      <w:tr w:rsidR="00C148FC">
        <w:trPr>
          <w:jc w:val="center"/>
        </w:trPr>
        <w:tc>
          <w:tcPr>
            <w:tcW w:w="10482" w:type="dxa"/>
            <w:shd w:val="clear" w:color="auto" w:fill="DCE6F1"/>
          </w:tcPr>
          <w:p w:rsidR="00C148FC" w:rsidRDefault="007E0A07" w:rsidP="003F1D1D">
            <w:pPr>
              <w:spacing w:before="40" w:after="0" w:line="240" w:lineRule="auto"/>
            </w:pPr>
            <w:r>
              <w:rPr>
                <w:b/>
                <w:sz w:val="20"/>
              </w:rPr>
              <w:t>Γ. ΤΟΜΕΙΣ ΕΘΕΛΟΝΤΙΚΗΣ ΠΡΟΣΦΟΡΑΣ</w:t>
            </w:r>
          </w:p>
        </w:tc>
      </w:tr>
    </w:tbl>
    <w:p w:rsidR="00C148FC" w:rsidRPr="00CA764C" w:rsidRDefault="00C148FC">
      <w:pPr>
        <w:spacing w:after="0"/>
        <w:rPr>
          <w:lang w:val="el-GR"/>
        </w:rPr>
      </w:pPr>
    </w:p>
    <w:p w:rsidR="00C148FC" w:rsidRPr="008D293F" w:rsidRDefault="007E0A07">
      <w:pPr>
        <w:spacing w:after="60"/>
        <w:rPr>
          <w:lang w:val="el-GR"/>
        </w:rPr>
      </w:pPr>
      <w:r w:rsidRPr="008D293F">
        <w:rPr>
          <w:i/>
          <w:lang w:val="el-GR"/>
        </w:rPr>
        <w:t>Μπορείτε να επιλέξετε περισσότερους από έναν τομείς.</w:t>
      </w:r>
    </w:p>
    <w:tbl>
      <w:tblPr>
        <w:tblW w:w="0" w:type="auto"/>
        <w:jc w:val="center"/>
        <w:tblBorders>
          <w:top w:val="single" w:sz="6" w:space="0" w:color="B8C2CC"/>
          <w:left w:val="single" w:sz="6" w:space="0" w:color="B8C2CC"/>
          <w:bottom w:val="single" w:sz="6" w:space="0" w:color="B8C2CC"/>
          <w:right w:val="single" w:sz="6" w:space="0" w:color="B8C2CC"/>
          <w:insideH w:val="single" w:sz="6" w:space="0" w:color="B8C2CC"/>
          <w:insideV w:val="single" w:sz="6" w:space="0" w:color="B8C2CC"/>
        </w:tblBorders>
        <w:tblLook w:val="04A0" w:firstRow="1" w:lastRow="0" w:firstColumn="1" w:lastColumn="0" w:noHBand="0" w:noVBand="1"/>
      </w:tblPr>
      <w:tblGrid>
        <w:gridCol w:w="392"/>
        <w:gridCol w:w="6195"/>
        <w:gridCol w:w="361"/>
        <w:gridCol w:w="3511"/>
      </w:tblGrid>
      <w:tr w:rsidR="00B26437" w:rsidTr="00655DE3">
        <w:trPr>
          <w:jc w:val="center"/>
        </w:trPr>
        <w:tc>
          <w:tcPr>
            <w:tcW w:w="392" w:type="dxa"/>
            <w:vAlign w:val="center"/>
          </w:tcPr>
          <w:p w:rsidR="00B26437" w:rsidRPr="00B26437" w:rsidRDefault="00B26437" w:rsidP="00655DE3">
            <w:pPr>
              <w:spacing w:before="40" w:after="40" w:line="240" w:lineRule="auto"/>
              <w:jc w:val="center"/>
              <w:rPr>
                <w:sz w:val="17"/>
                <w:lang w:val="el-GR"/>
              </w:rPr>
            </w:pPr>
          </w:p>
        </w:tc>
        <w:tc>
          <w:tcPr>
            <w:tcW w:w="6195" w:type="dxa"/>
            <w:vAlign w:val="center"/>
          </w:tcPr>
          <w:p w:rsidR="00B26437" w:rsidRPr="002105BC" w:rsidRDefault="00B26437" w:rsidP="00B26437">
            <w:pPr>
              <w:spacing w:before="40" w:after="40" w:line="240" w:lineRule="auto"/>
              <w:rPr>
                <w:szCs w:val="18"/>
              </w:rPr>
            </w:pPr>
            <w:proofErr w:type="spellStart"/>
            <w:r w:rsidRPr="002105BC">
              <w:rPr>
                <w:szCs w:val="18"/>
              </w:rPr>
              <w:t>Κοινωνική</w:t>
            </w:r>
            <w:proofErr w:type="spellEnd"/>
            <w:r w:rsidRPr="002105BC">
              <w:rPr>
                <w:szCs w:val="18"/>
              </w:rPr>
              <w:t xml:space="preserve"> </w:t>
            </w:r>
            <w:proofErr w:type="spellStart"/>
            <w:r w:rsidRPr="002105BC">
              <w:rPr>
                <w:szCs w:val="18"/>
              </w:rPr>
              <w:t>Πολιτική</w:t>
            </w:r>
            <w:proofErr w:type="spellEnd"/>
          </w:p>
        </w:tc>
        <w:tc>
          <w:tcPr>
            <w:tcW w:w="361" w:type="dxa"/>
            <w:vAlign w:val="center"/>
          </w:tcPr>
          <w:p w:rsidR="00B26437" w:rsidRPr="002105BC" w:rsidRDefault="00B26437" w:rsidP="00655DE3">
            <w:pPr>
              <w:spacing w:before="40" w:after="40" w:line="240" w:lineRule="auto"/>
              <w:jc w:val="center"/>
              <w:rPr>
                <w:szCs w:val="18"/>
              </w:rPr>
            </w:pPr>
          </w:p>
        </w:tc>
        <w:tc>
          <w:tcPr>
            <w:tcW w:w="3511" w:type="dxa"/>
            <w:vAlign w:val="center"/>
          </w:tcPr>
          <w:p w:rsidR="00B26437" w:rsidRPr="002105BC" w:rsidRDefault="00B26437" w:rsidP="00B26437">
            <w:pPr>
              <w:spacing w:before="40" w:after="40" w:line="240" w:lineRule="auto"/>
              <w:rPr>
                <w:szCs w:val="18"/>
              </w:rPr>
            </w:pPr>
            <w:proofErr w:type="spellStart"/>
            <w:r w:rsidRPr="002105BC">
              <w:rPr>
                <w:szCs w:val="18"/>
              </w:rPr>
              <w:t>Πολιτισμός</w:t>
            </w:r>
            <w:proofErr w:type="spellEnd"/>
          </w:p>
        </w:tc>
      </w:tr>
      <w:tr w:rsidR="00B26437" w:rsidTr="00655DE3">
        <w:trPr>
          <w:jc w:val="center"/>
        </w:trPr>
        <w:tc>
          <w:tcPr>
            <w:tcW w:w="392" w:type="dxa"/>
            <w:vAlign w:val="center"/>
          </w:tcPr>
          <w:p w:rsidR="00B26437" w:rsidRDefault="00B26437" w:rsidP="00655DE3">
            <w:pPr>
              <w:spacing w:before="40" w:after="40" w:line="240" w:lineRule="auto"/>
              <w:jc w:val="center"/>
              <w:rPr>
                <w:sz w:val="17"/>
              </w:rPr>
            </w:pPr>
          </w:p>
        </w:tc>
        <w:tc>
          <w:tcPr>
            <w:tcW w:w="6195" w:type="dxa"/>
            <w:vAlign w:val="center"/>
          </w:tcPr>
          <w:p w:rsidR="00B26437" w:rsidRPr="002105BC" w:rsidRDefault="00B26437" w:rsidP="00B26437">
            <w:pPr>
              <w:spacing w:before="40" w:after="40" w:line="240" w:lineRule="auto"/>
              <w:rPr>
                <w:szCs w:val="18"/>
              </w:rPr>
            </w:pPr>
            <w:proofErr w:type="spellStart"/>
            <w:r w:rsidRPr="002105BC">
              <w:rPr>
                <w:szCs w:val="18"/>
              </w:rPr>
              <w:t>Πολιτική</w:t>
            </w:r>
            <w:proofErr w:type="spellEnd"/>
            <w:r w:rsidRPr="002105BC">
              <w:rPr>
                <w:szCs w:val="18"/>
              </w:rPr>
              <w:t xml:space="preserve"> </w:t>
            </w:r>
            <w:proofErr w:type="spellStart"/>
            <w:r w:rsidRPr="002105BC">
              <w:rPr>
                <w:szCs w:val="18"/>
              </w:rPr>
              <w:t>Προστ</w:t>
            </w:r>
            <w:proofErr w:type="spellEnd"/>
            <w:r w:rsidRPr="002105BC">
              <w:rPr>
                <w:szCs w:val="18"/>
              </w:rPr>
              <w:t>ασία</w:t>
            </w:r>
          </w:p>
        </w:tc>
        <w:tc>
          <w:tcPr>
            <w:tcW w:w="361" w:type="dxa"/>
            <w:vAlign w:val="center"/>
          </w:tcPr>
          <w:p w:rsidR="00B26437" w:rsidRPr="002105BC" w:rsidRDefault="00B26437" w:rsidP="00655DE3">
            <w:pPr>
              <w:spacing w:before="40" w:after="40" w:line="240" w:lineRule="auto"/>
              <w:jc w:val="center"/>
              <w:rPr>
                <w:szCs w:val="18"/>
              </w:rPr>
            </w:pPr>
          </w:p>
        </w:tc>
        <w:tc>
          <w:tcPr>
            <w:tcW w:w="3511" w:type="dxa"/>
            <w:vAlign w:val="center"/>
          </w:tcPr>
          <w:p w:rsidR="00B26437" w:rsidRPr="002105BC" w:rsidRDefault="00B26437" w:rsidP="00B26437">
            <w:pPr>
              <w:spacing w:before="40" w:after="40" w:line="240" w:lineRule="auto"/>
              <w:rPr>
                <w:szCs w:val="18"/>
              </w:rPr>
            </w:pPr>
            <w:proofErr w:type="spellStart"/>
            <w:r w:rsidRPr="002105BC">
              <w:rPr>
                <w:szCs w:val="18"/>
              </w:rPr>
              <w:t>Περι</w:t>
            </w:r>
            <w:proofErr w:type="spellEnd"/>
            <w:r w:rsidRPr="002105BC">
              <w:rPr>
                <w:szCs w:val="18"/>
              </w:rPr>
              <w:t>βάλλον – Καθα</w:t>
            </w:r>
            <w:proofErr w:type="spellStart"/>
            <w:r w:rsidRPr="002105BC">
              <w:rPr>
                <w:szCs w:val="18"/>
              </w:rPr>
              <w:t>ριότητ</w:t>
            </w:r>
            <w:proofErr w:type="spellEnd"/>
            <w:r w:rsidRPr="002105BC">
              <w:rPr>
                <w:szCs w:val="18"/>
              </w:rPr>
              <w:t>α – Πράσινο</w:t>
            </w:r>
          </w:p>
        </w:tc>
      </w:tr>
      <w:tr w:rsidR="00B26437" w:rsidTr="00655DE3">
        <w:trPr>
          <w:jc w:val="center"/>
        </w:trPr>
        <w:tc>
          <w:tcPr>
            <w:tcW w:w="392" w:type="dxa"/>
            <w:vAlign w:val="center"/>
          </w:tcPr>
          <w:p w:rsidR="00B26437" w:rsidRDefault="00B26437" w:rsidP="00655DE3">
            <w:pPr>
              <w:spacing w:before="40" w:after="40" w:line="240" w:lineRule="auto"/>
              <w:jc w:val="center"/>
              <w:rPr>
                <w:sz w:val="17"/>
              </w:rPr>
            </w:pPr>
          </w:p>
        </w:tc>
        <w:tc>
          <w:tcPr>
            <w:tcW w:w="6195" w:type="dxa"/>
            <w:vAlign w:val="center"/>
          </w:tcPr>
          <w:p w:rsidR="00B26437" w:rsidRPr="002105BC" w:rsidRDefault="00B26437" w:rsidP="00B26437">
            <w:pPr>
              <w:spacing w:before="40" w:after="40" w:line="240" w:lineRule="auto"/>
              <w:rPr>
                <w:szCs w:val="18"/>
              </w:rPr>
            </w:pPr>
            <w:proofErr w:type="spellStart"/>
            <w:r w:rsidRPr="002105BC">
              <w:rPr>
                <w:szCs w:val="18"/>
              </w:rPr>
              <w:t>Αθλητισμός</w:t>
            </w:r>
            <w:proofErr w:type="spellEnd"/>
          </w:p>
        </w:tc>
        <w:tc>
          <w:tcPr>
            <w:tcW w:w="361" w:type="dxa"/>
            <w:vAlign w:val="center"/>
          </w:tcPr>
          <w:p w:rsidR="00B26437" w:rsidRPr="002105BC" w:rsidRDefault="00B26437" w:rsidP="00655DE3">
            <w:pPr>
              <w:spacing w:before="40" w:after="40" w:line="240" w:lineRule="auto"/>
              <w:jc w:val="center"/>
              <w:rPr>
                <w:szCs w:val="18"/>
              </w:rPr>
            </w:pPr>
          </w:p>
        </w:tc>
        <w:tc>
          <w:tcPr>
            <w:tcW w:w="3511" w:type="dxa"/>
            <w:vAlign w:val="center"/>
          </w:tcPr>
          <w:p w:rsidR="00B26437" w:rsidRPr="002105BC" w:rsidRDefault="00B26437" w:rsidP="00B26437">
            <w:pPr>
              <w:spacing w:before="40" w:after="40" w:line="240" w:lineRule="auto"/>
              <w:rPr>
                <w:szCs w:val="18"/>
              </w:rPr>
            </w:pPr>
            <w:proofErr w:type="spellStart"/>
            <w:r w:rsidRPr="002105BC">
              <w:rPr>
                <w:szCs w:val="18"/>
              </w:rPr>
              <w:t>Υγεί</w:t>
            </w:r>
            <w:proofErr w:type="spellEnd"/>
            <w:r w:rsidRPr="002105BC">
              <w:rPr>
                <w:szCs w:val="18"/>
              </w:rPr>
              <w:t xml:space="preserve">α / </w:t>
            </w:r>
            <w:proofErr w:type="spellStart"/>
            <w:r w:rsidRPr="002105BC">
              <w:rPr>
                <w:szCs w:val="18"/>
              </w:rPr>
              <w:t>Πρόληψη</w:t>
            </w:r>
            <w:proofErr w:type="spellEnd"/>
          </w:p>
        </w:tc>
      </w:tr>
      <w:tr w:rsidR="00B26437" w:rsidTr="00655DE3">
        <w:trPr>
          <w:jc w:val="center"/>
        </w:trPr>
        <w:tc>
          <w:tcPr>
            <w:tcW w:w="392" w:type="dxa"/>
            <w:vAlign w:val="center"/>
          </w:tcPr>
          <w:p w:rsidR="00B26437" w:rsidRPr="008D293F" w:rsidRDefault="00B26437" w:rsidP="00655DE3">
            <w:pPr>
              <w:spacing w:before="40" w:after="40" w:line="240" w:lineRule="auto"/>
              <w:jc w:val="center"/>
              <w:rPr>
                <w:sz w:val="17"/>
                <w:lang w:val="el-GR"/>
              </w:rPr>
            </w:pPr>
          </w:p>
        </w:tc>
        <w:tc>
          <w:tcPr>
            <w:tcW w:w="6195" w:type="dxa"/>
            <w:vAlign w:val="center"/>
          </w:tcPr>
          <w:p w:rsidR="00B26437" w:rsidRPr="002105BC" w:rsidRDefault="00B26437" w:rsidP="00B26437">
            <w:pPr>
              <w:spacing w:before="40" w:after="40" w:line="240" w:lineRule="auto"/>
              <w:rPr>
                <w:szCs w:val="18"/>
                <w:lang w:val="el-GR"/>
              </w:rPr>
            </w:pPr>
            <w:r w:rsidRPr="002105BC">
              <w:rPr>
                <w:szCs w:val="18"/>
                <w:lang w:val="el-GR"/>
              </w:rPr>
              <w:t>Υλοποίηση δράσεων Κοινωνικής Προστασίας &amp; Στήριξη Ευάλωτων Ομάδων</w:t>
            </w:r>
          </w:p>
        </w:tc>
        <w:tc>
          <w:tcPr>
            <w:tcW w:w="361" w:type="dxa"/>
            <w:vAlign w:val="center"/>
          </w:tcPr>
          <w:p w:rsidR="00B26437" w:rsidRPr="002105BC" w:rsidRDefault="00B26437" w:rsidP="00655DE3">
            <w:pPr>
              <w:spacing w:before="40" w:after="40" w:line="240" w:lineRule="auto"/>
              <w:jc w:val="center"/>
              <w:rPr>
                <w:szCs w:val="18"/>
                <w:lang w:val="el-GR"/>
              </w:rPr>
            </w:pPr>
          </w:p>
        </w:tc>
        <w:tc>
          <w:tcPr>
            <w:tcW w:w="3511" w:type="dxa"/>
            <w:vAlign w:val="center"/>
          </w:tcPr>
          <w:p w:rsidR="00B26437" w:rsidRPr="002105BC" w:rsidRDefault="00B26437" w:rsidP="00B26437">
            <w:pPr>
              <w:spacing w:before="40" w:after="40" w:line="240" w:lineRule="auto"/>
              <w:rPr>
                <w:szCs w:val="18"/>
              </w:rPr>
            </w:pPr>
            <w:proofErr w:type="spellStart"/>
            <w:r w:rsidRPr="002105BC">
              <w:rPr>
                <w:szCs w:val="18"/>
              </w:rPr>
              <w:t>Φιλοζωί</w:t>
            </w:r>
            <w:proofErr w:type="spellEnd"/>
            <w:r w:rsidRPr="002105BC">
              <w:rPr>
                <w:szCs w:val="18"/>
              </w:rPr>
              <w:t>α</w:t>
            </w:r>
          </w:p>
        </w:tc>
      </w:tr>
      <w:tr w:rsidR="00B26437" w:rsidTr="00655DE3">
        <w:trPr>
          <w:jc w:val="center"/>
        </w:trPr>
        <w:tc>
          <w:tcPr>
            <w:tcW w:w="392" w:type="dxa"/>
            <w:vAlign w:val="center"/>
          </w:tcPr>
          <w:p w:rsidR="00B26437" w:rsidRDefault="00B26437" w:rsidP="00655DE3">
            <w:pPr>
              <w:spacing w:before="40" w:after="40" w:line="240" w:lineRule="auto"/>
              <w:jc w:val="center"/>
              <w:rPr>
                <w:sz w:val="17"/>
              </w:rPr>
            </w:pPr>
          </w:p>
        </w:tc>
        <w:tc>
          <w:tcPr>
            <w:tcW w:w="6195" w:type="dxa"/>
            <w:vAlign w:val="center"/>
          </w:tcPr>
          <w:p w:rsidR="00B26437" w:rsidRPr="002105BC" w:rsidRDefault="00B26437" w:rsidP="008C0C38">
            <w:pPr>
              <w:spacing w:before="40" w:after="40" w:line="240" w:lineRule="auto"/>
              <w:rPr>
                <w:szCs w:val="18"/>
              </w:rPr>
            </w:pPr>
            <w:proofErr w:type="spellStart"/>
            <w:r w:rsidRPr="002105BC">
              <w:rPr>
                <w:szCs w:val="18"/>
              </w:rPr>
              <w:t>Άλλο</w:t>
            </w:r>
            <w:proofErr w:type="spellEnd"/>
            <w:r w:rsidRPr="002105BC">
              <w:rPr>
                <w:szCs w:val="18"/>
              </w:rPr>
              <w:t xml:space="preserve">: </w:t>
            </w:r>
          </w:p>
        </w:tc>
        <w:tc>
          <w:tcPr>
            <w:tcW w:w="361" w:type="dxa"/>
            <w:vAlign w:val="center"/>
          </w:tcPr>
          <w:p w:rsidR="00B26437" w:rsidRPr="002105BC" w:rsidRDefault="00B26437" w:rsidP="00655DE3">
            <w:pPr>
              <w:spacing w:before="40" w:after="40" w:line="240" w:lineRule="auto"/>
              <w:jc w:val="center"/>
              <w:rPr>
                <w:szCs w:val="18"/>
              </w:rPr>
            </w:pPr>
          </w:p>
        </w:tc>
        <w:tc>
          <w:tcPr>
            <w:tcW w:w="3511" w:type="dxa"/>
            <w:vAlign w:val="center"/>
          </w:tcPr>
          <w:p w:rsidR="00B26437" w:rsidRPr="002105BC" w:rsidRDefault="00B26437" w:rsidP="00B26437">
            <w:pPr>
              <w:spacing w:before="40" w:after="40" w:line="240" w:lineRule="auto"/>
              <w:rPr>
                <w:szCs w:val="18"/>
              </w:rPr>
            </w:pPr>
          </w:p>
        </w:tc>
      </w:tr>
    </w:tbl>
    <w:p w:rsidR="00C148FC" w:rsidRDefault="00C148FC">
      <w:pPr>
        <w:spacing w:after="0"/>
      </w:pPr>
    </w:p>
    <w:tbl>
      <w:tblPr>
        <w:tblW w:w="0" w:type="auto"/>
        <w:jc w:val="center"/>
        <w:tblBorders>
          <w:top w:val="single" w:sz="4" w:space="0" w:color="2F5597"/>
          <w:left w:val="single" w:sz="4" w:space="0" w:color="2F5597"/>
          <w:bottom w:val="single" w:sz="4" w:space="0" w:color="2F5597"/>
          <w:right w:val="single" w:sz="4" w:space="0" w:color="2F5597"/>
          <w:insideH w:val="single" w:sz="4" w:space="0" w:color="2F5597"/>
          <w:insideV w:val="single" w:sz="4" w:space="0" w:color="2F5597"/>
        </w:tblBorders>
        <w:tblLook w:val="04A0" w:firstRow="1" w:lastRow="0" w:firstColumn="1" w:lastColumn="0" w:noHBand="0" w:noVBand="1"/>
      </w:tblPr>
      <w:tblGrid>
        <w:gridCol w:w="10482"/>
      </w:tblGrid>
      <w:tr w:rsidR="00C148FC">
        <w:trPr>
          <w:jc w:val="center"/>
        </w:trPr>
        <w:tc>
          <w:tcPr>
            <w:tcW w:w="10482" w:type="dxa"/>
            <w:shd w:val="clear" w:color="auto" w:fill="DCE6F1"/>
          </w:tcPr>
          <w:p w:rsidR="00C148FC" w:rsidRDefault="007E0A07" w:rsidP="003F1D1D">
            <w:pPr>
              <w:spacing w:before="40" w:after="0" w:line="240" w:lineRule="auto"/>
            </w:pPr>
            <w:r>
              <w:rPr>
                <w:b/>
                <w:sz w:val="20"/>
              </w:rPr>
              <w:t>Δ. ΠΡΟΤΙΜΗΣΗ ΤΟΠΟΥ ΠΡΟΣΦΟΡΑΣ</w:t>
            </w:r>
          </w:p>
        </w:tc>
      </w:tr>
    </w:tbl>
    <w:p w:rsidR="00C148FC" w:rsidRDefault="00C148FC">
      <w:pPr>
        <w:spacing w:after="0"/>
      </w:pPr>
    </w:p>
    <w:tbl>
      <w:tblPr>
        <w:tblW w:w="0" w:type="auto"/>
        <w:jc w:val="center"/>
        <w:tblBorders>
          <w:top w:val="single" w:sz="6" w:space="0" w:color="B8C2CC"/>
          <w:left w:val="single" w:sz="6" w:space="0" w:color="B8C2CC"/>
          <w:bottom w:val="single" w:sz="6" w:space="0" w:color="B8C2CC"/>
          <w:right w:val="single" w:sz="6" w:space="0" w:color="B8C2CC"/>
          <w:insideH w:val="single" w:sz="6" w:space="0" w:color="B8C2CC"/>
          <w:insideV w:val="single" w:sz="6" w:space="0" w:color="B8C2CC"/>
        </w:tblBorders>
        <w:tblLook w:val="04A0" w:firstRow="1" w:lastRow="0" w:firstColumn="1" w:lastColumn="0" w:noHBand="0" w:noVBand="1"/>
      </w:tblPr>
      <w:tblGrid>
        <w:gridCol w:w="393"/>
        <w:gridCol w:w="6202"/>
        <w:gridCol w:w="362"/>
        <w:gridCol w:w="3515"/>
      </w:tblGrid>
      <w:tr w:rsidR="00B758D2" w:rsidRPr="00CA764C" w:rsidTr="00CA764C">
        <w:trPr>
          <w:trHeight w:val="378"/>
          <w:jc w:val="center"/>
        </w:trPr>
        <w:tc>
          <w:tcPr>
            <w:tcW w:w="393" w:type="dxa"/>
            <w:vAlign w:val="center"/>
          </w:tcPr>
          <w:p w:rsidR="00B758D2" w:rsidRPr="00B26437" w:rsidRDefault="00B758D2" w:rsidP="00B66616">
            <w:pPr>
              <w:spacing w:before="40" w:after="40" w:line="240" w:lineRule="auto"/>
              <w:jc w:val="center"/>
              <w:rPr>
                <w:sz w:val="17"/>
                <w:lang w:val="el-GR"/>
              </w:rPr>
            </w:pPr>
          </w:p>
        </w:tc>
        <w:tc>
          <w:tcPr>
            <w:tcW w:w="6202" w:type="dxa"/>
            <w:vAlign w:val="center"/>
          </w:tcPr>
          <w:p w:rsidR="00B758D2" w:rsidRPr="002105BC" w:rsidRDefault="00CA764C" w:rsidP="00B66616">
            <w:pPr>
              <w:spacing w:before="40" w:after="40" w:line="240" w:lineRule="auto"/>
              <w:rPr>
                <w:szCs w:val="18"/>
                <w:lang w:val="el-GR"/>
              </w:rPr>
            </w:pPr>
            <w:r w:rsidRPr="002105BC">
              <w:rPr>
                <w:szCs w:val="18"/>
                <w:lang w:val="el-GR"/>
              </w:rPr>
              <w:t>Στην Τοπική Κοινότητα που κατοικώ</w:t>
            </w:r>
          </w:p>
        </w:tc>
        <w:tc>
          <w:tcPr>
            <w:tcW w:w="362" w:type="dxa"/>
            <w:vAlign w:val="center"/>
          </w:tcPr>
          <w:p w:rsidR="00B758D2" w:rsidRPr="002105BC" w:rsidRDefault="00B758D2" w:rsidP="00B66616">
            <w:pPr>
              <w:spacing w:before="40" w:after="40" w:line="240" w:lineRule="auto"/>
              <w:jc w:val="center"/>
              <w:rPr>
                <w:szCs w:val="18"/>
                <w:lang w:val="el-GR"/>
              </w:rPr>
            </w:pPr>
          </w:p>
        </w:tc>
        <w:tc>
          <w:tcPr>
            <w:tcW w:w="3515" w:type="dxa"/>
            <w:vAlign w:val="center"/>
          </w:tcPr>
          <w:p w:rsidR="00B758D2" w:rsidRPr="002105BC" w:rsidRDefault="00CA764C" w:rsidP="00CA764C">
            <w:pPr>
              <w:spacing w:before="40" w:after="40" w:line="240" w:lineRule="auto"/>
              <w:rPr>
                <w:szCs w:val="18"/>
                <w:lang w:val="el-GR"/>
              </w:rPr>
            </w:pPr>
            <w:r w:rsidRPr="002105BC">
              <w:rPr>
                <w:szCs w:val="18"/>
                <w:lang w:val="el-GR"/>
              </w:rPr>
              <w:t>Οπουδήποτε στον Δήμο</w:t>
            </w:r>
          </w:p>
        </w:tc>
      </w:tr>
      <w:tr w:rsidR="00B758D2" w:rsidRPr="005D6EB4" w:rsidTr="00CA764C">
        <w:trPr>
          <w:trHeight w:val="333"/>
          <w:jc w:val="center"/>
        </w:trPr>
        <w:tc>
          <w:tcPr>
            <w:tcW w:w="393" w:type="dxa"/>
            <w:vAlign w:val="center"/>
          </w:tcPr>
          <w:p w:rsidR="00B758D2" w:rsidRPr="00B758D2" w:rsidRDefault="00B758D2" w:rsidP="00B66616">
            <w:pPr>
              <w:spacing w:before="40" w:after="40" w:line="240" w:lineRule="auto"/>
              <w:jc w:val="center"/>
              <w:rPr>
                <w:sz w:val="17"/>
                <w:lang w:val="el-GR"/>
              </w:rPr>
            </w:pPr>
          </w:p>
        </w:tc>
        <w:tc>
          <w:tcPr>
            <w:tcW w:w="6202" w:type="dxa"/>
            <w:vAlign w:val="center"/>
          </w:tcPr>
          <w:p w:rsidR="00B758D2" w:rsidRPr="002105BC" w:rsidRDefault="00B758D2" w:rsidP="00B66616">
            <w:pPr>
              <w:spacing w:before="40" w:after="40" w:line="240" w:lineRule="auto"/>
              <w:rPr>
                <w:szCs w:val="18"/>
                <w:lang w:val="el-GR"/>
              </w:rPr>
            </w:pPr>
            <w:r w:rsidRPr="002105BC">
              <w:rPr>
                <w:szCs w:val="18"/>
                <w:lang w:val="el-GR"/>
              </w:rPr>
              <w:t>Στη Δημοτική Κοινότητα που ανήκει η κατοικία μου</w:t>
            </w:r>
          </w:p>
        </w:tc>
        <w:tc>
          <w:tcPr>
            <w:tcW w:w="362" w:type="dxa"/>
            <w:vAlign w:val="center"/>
          </w:tcPr>
          <w:p w:rsidR="00B758D2" w:rsidRPr="002105BC" w:rsidRDefault="00B758D2" w:rsidP="00B66616">
            <w:pPr>
              <w:spacing w:before="40" w:after="40" w:line="240" w:lineRule="auto"/>
              <w:jc w:val="center"/>
              <w:rPr>
                <w:szCs w:val="18"/>
                <w:lang w:val="el-GR"/>
              </w:rPr>
            </w:pPr>
          </w:p>
        </w:tc>
        <w:tc>
          <w:tcPr>
            <w:tcW w:w="3515" w:type="dxa"/>
            <w:vAlign w:val="center"/>
          </w:tcPr>
          <w:p w:rsidR="00B758D2" w:rsidRPr="002105BC" w:rsidRDefault="00CA764C" w:rsidP="00CA764C">
            <w:pPr>
              <w:spacing w:before="40" w:after="40" w:line="240" w:lineRule="auto"/>
              <w:rPr>
                <w:szCs w:val="18"/>
                <w:lang w:val="el-GR"/>
              </w:rPr>
            </w:pPr>
            <w:r w:rsidRPr="002105BC">
              <w:rPr>
                <w:szCs w:val="18"/>
                <w:lang w:val="el-GR"/>
              </w:rPr>
              <w:t xml:space="preserve">Από την κατοικία μου </w:t>
            </w:r>
            <w:r w:rsidR="006A3C57" w:rsidRPr="002105BC">
              <w:rPr>
                <w:szCs w:val="18"/>
                <w:lang w:val="el-GR"/>
              </w:rPr>
              <w:t>(για εθελοντές με πολύ περιορισμένο χρόνο ή κινητικά προβλήματα)</w:t>
            </w:r>
          </w:p>
        </w:tc>
      </w:tr>
      <w:tr w:rsidR="00B758D2" w:rsidRPr="00CA764C" w:rsidTr="00CA764C">
        <w:trPr>
          <w:trHeight w:val="126"/>
          <w:jc w:val="center"/>
        </w:trPr>
        <w:tc>
          <w:tcPr>
            <w:tcW w:w="393" w:type="dxa"/>
            <w:vAlign w:val="center"/>
          </w:tcPr>
          <w:p w:rsidR="00B758D2" w:rsidRPr="00CA764C" w:rsidRDefault="00B758D2" w:rsidP="00B66616">
            <w:pPr>
              <w:spacing w:before="40" w:after="40" w:line="240" w:lineRule="auto"/>
              <w:jc w:val="center"/>
              <w:rPr>
                <w:sz w:val="17"/>
                <w:lang w:val="el-GR"/>
              </w:rPr>
            </w:pPr>
          </w:p>
        </w:tc>
        <w:tc>
          <w:tcPr>
            <w:tcW w:w="6202" w:type="dxa"/>
            <w:vAlign w:val="center"/>
          </w:tcPr>
          <w:p w:rsidR="00B758D2" w:rsidRPr="002105BC" w:rsidRDefault="00B758D2" w:rsidP="00B66616">
            <w:pPr>
              <w:spacing w:before="40" w:after="40" w:line="240" w:lineRule="auto"/>
              <w:rPr>
                <w:szCs w:val="18"/>
              </w:rPr>
            </w:pPr>
            <w:proofErr w:type="spellStart"/>
            <w:r w:rsidRPr="002105BC">
              <w:rPr>
                <w:szCs w:val="18"/>
              </w:rPr>
              <w:t>Άλλο</w:t>
            </w:r>
            <w:proofErr w:type="spellEnd"/>
            <w:r w:rsidRPr="002105BC">
              <w:rPr>
                <w:szCs w:val="18"/>
              </w:rPr>
              <w:t xml:space="preserve">: </w:t>
            </w:r>
          </w:p>
        </w:tc>
        <w:tc>
          <w:tcPr>
            <w:tcW w:w="362" w:type="dxa"/>
            <w:vAlign w:val="center"/>
          </w:tcPr>
          <w:p w:rsidR="00B758D2" w:rsidRPr="002105BC" w:rsidRDefault="00B758D2" w:rsidP="00B66616">
            <w:pPr>
              <w:spacing w:before="40" w:after="40" w:line="240" w:lineRule="auto"/>
              <w:jc w:val="center"/>
              <w:rPr>
                <w:szCs w:val="18"/>
              </w:rPr>
            </w:pPr>
          </w:p>
        </w:tc>
        <w:tc>
          <w:tcPr>
            <w:tcW w:w="3515" w:type="dxa"/>
            <w:vAlign w:val="center"/>
          </w:tcPr>
          <w:p w:rsidR="00B758D2" w:rsidRPr="002105BC" w:rsidRDefault="00B758D2" w:rsidP="00B66616">
            <w:pPr>
              <w:spacing w:before="40" w:after="40" w:line="240" w:lineRule="auto"/>
              <w:rPr>
                <w:szCs w:val="18"/>
                <w:lang w:val="el-GR"/>
              </w:rPr>
            </w:pPr>
          </w:p>
        </w:tc>
      </w:tr>
    </w:tbl>
    <w:p w:rsidR="006A3C57" w:rsidRDefault="006A3C57" w:rsidP="00B758D2">
      <w:pPr>
        <w:spacing w:after="0"/>
        <w:rPr>
          <w:lang w:val="el-GR"/>
        </w:rPr>
      </w:pPr>
    </w:p>
    <w:p w:rsidR="006A3C57" w:rsidRPr="008D293F" w:rsidRDefault="006A3C57" w:rsidP="00B758D2">
      <w:pPr>
        <w:spacing w:after="0"/>
        <w:rPr>
          <w:lang w:val="el-GR"/>
        </w:rPr>
      </w:pPr>
    </w:p>
    <w:tbl>
      <w:tblPr>
        <w:tblW w:w="0" w:type="auto"/>
        <w:jc w:val="center"/>
        <w:tblBorders>
          <w:top w:val="single" w:sz="4" w:space="0" w:color="2F5597"/>
          <w:left w:val="single" w:sz="4" w:space="0" w:color="2F5597"/>
          <w:bottom w:val="single" w:sz="4" w:space="0" w:color="2F5597"/>
          <w:right w:val="single" w:sz="4" w:space="0" w:color="2F5597"/>
          <w:insideH w:val="single" w:sz="4" w:space="0" w:color="2F5597"/>
          <w:insideV w:val="single" w:sz="4" w:space="0" w:color="2F5597"/>
        </w:tblBorders>
        <w:tblLook w:val="04A0" w:firstRow="1" w:lastRow="0" w:firstColumn="1" w:lastColumn="0" w:noHBand="0" w:noVBand="1"/>
      </w:tblPr>
      <w:tblGrid>
        <w:gridCol w:w="10482"/>
      </w:tblGrid>
      <w:tr w:rsidR="00C148FC">
        <w:trPr>
          <w:jc w:val="center"/>
        </w:trPr>
        <w:tc>
          <w:tcPr>
            <w:tcW w:w="10482" w:type="dxa"/>
            <w:shd w:val="clear" w:color="auto" w:fill="DCE6F1"/>
          </w:tcPr>
          <w:p w:rsidR="00C148FC" w:rsidRDefault="007E0A07" w:rsidP="003F1D1D">
            <w:pPr>
              <w:spacing w:before="40" w:after="0" w:line="240" w:lineRule="auto"/>
            </w:pPr>
            <w:r>
              <w:rPr>
                <w:b/>
                <w:sz w:val="20"/>
              </w:rPr>
              <w:lastRenderedPageBreak/>
              <w:t>Ε. ΠΡΟΗΓΟΥΜΕΝΗ ΕΘΕΛΟΝΤΙΚΗ ΕΜΠΕΙΡΙΑ</w:t>
            </w:r>
          </w:p>
        </w:tc>
      </w:tr>
    </w:tbl>
    <w:p w:rsidR="00C148FC" w:rsidRDefault="00F41A8F">
      <w:pPr>
        <w:spacing w:after="0"/>
      </w:pPr>
      <w:r w:rsidRPr="00524C88">
        <w:rPr>
          <w:noProof/>
          <w:lang w:val="el-GR" w:eastAsia="el-GR"/>
        </w:rPr>
        <mc:AlternateContent>
          <mc:Choice Requires="wps">
            <w:drawing>
              <wp:anchor distT="0" distB="0" distL="114300" distR="114300" simplePos="0" relativeHeight="251669504" behindDoc="0" locked="0" layoutInCell="1" allowOverlap="1" wp14:anchorId="57CCCDC8" wp14:editId="66FF49B2">
                <wp:simplePos x="0" y="0"/>
                <wp:positionH relativeFrom="column">
                  <wp:posOffset>3141345</wp:posOffset>
                </wp:positionH>
                <wp:positionV relativeFrom="paragraph">
                  <wp:posOffset>106680</wp:posOffset>
                </wp:positionV>
                <wp:extent cx="258445" cy="215265"/>
                <wp:effectExtent l="0" t="0" r="27305" b="13335"/>
                <wp:wrapNone/>
                <wp:docPr id="5"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215265"/>
                        </a:xfrm>
                        <a:prstGeom prst="rect">
                          <a:avLst/>
                        </a:prstGeom>
                        <a:solidFill>
                          <a:srgbClr val="FFFFFF"/>
                        </a:solidFill>
                        <a:ln w="9525">
                          <a:solidFill>
                            <a:srgbClr val="000000"/>
                          </a:solidFill>
                          <a:miter lim="800000"/>
                          <a:headEnd/>
                          <a:tailEnd/>
                        </a:ln>
                      </wps:spPr>
                      <wps:txbx>
                        <w:txbxContent>
                          <w:p w:rsidR="00F41A8F" w:rsidRPr="00E01EF9" w:rsidRDefault="00F41A8F" w:rsidP="00A82D45">
                            <w:pPr>
                              <w:spacing w:line="240" w:lineRule="auto"/>
                              <w:jc w:val="center"/>
                              <w:rPr>
                                <w:b/>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CCCDC8" id="_x0000_t202" coordsize="21600,21600" o:spt="202" path="m,l,21600r21600,l21600,xe">
                <v:stroke joinstyle="miter"/>
                <v:path gradientshapeok="t" o:connecttype="rect"/>
              </v:shapetype>
              <v:shape id="Πλαίσιο κειμένου 2" o:spid="_x0000_s1026" type="#_x0000_t202" style="position:absolute;margin-left:247.35pt;margin-top:8.4pt;width:20.35pt;height:16.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">
                <v:textbox>
                  <w:txbxContent>
                    <w:p w:rsidR="00F41A8F" w:rsidRPr="00E01EF9" w:rsidRDefault="00F41A8F" w:rsidP="00A82D45">
                      <w:pPr>
                        <w:spacing w:line="240" w:lineRule="auto"/>
                        <w:jc w:val="center"/>
                        <w:rPr>
                          <w:b/>
                          <w:lang w:val="el-GR"/>
                        </w:rPr>
                      </w:pPr>
                    </w:p>
                  </w:txbxContent>
                </v:textbox>
              </v:shape>
            </w:pict>
          </mc:Fallback>
        </mc:AlternateContent>
      </w:r>
      <w:r w:rsidRPr="00524C88">
        <w:rPr>
          <w:noProof/>
          <w:lang w:val="el-GR" w:eastAsia="el-GR"/>
        </w:rPr>
        <mc:AlternateContent>
          <mc:Choice Requires="wps">
            <w:drawing>
              <wp:anchor distT="0" distB="0" distL="114300" distR="114300" simplePos="0" relativeHeight="251667456" behindDoc="0" locked="0" layoutInCell="1" allowOverlap="1" wp14:anchorId="55393DED" wp14:editId="100981FF">
                <wp:simplePos x="0" y="0"/>
                <wp:positionH relativeFrom="column">
                  <wp:posOffset>2543810</wp:posOffset>
                </wp:positionH>
                <wp:positionV relativeFrom="paragraph">
                  <wp:posOffset>102870</wp:posOffset>
                </wp:positionV>
                <wp:extent cx="258445" cy="215265"/>
                <wp:effectExtent l="0" t="0" r="27305" b="13335"/>
                <wp:wrapNone/>
                <wp:docPr id="4"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215265"/>
                        </a:xfrm>
                        <a:prstGeom prst="rect">
                          <a:avLst/>
                        </a:prstGeom>
                        <a:solidFill>
                          <a:srgbClr val="FFFFFF"/>
                        </a:solidFill>
                        <a:ln w="9525">
                          <a:solidFill>
                            <a:srgbClr val="000000"/>
                          </a:solidFill>
                          <a:miter lim="800000"/>
                          <a:headEnd/>
                          <a:tailEnd/>
                        </a:ln>
                      </wps:spPr>
                      <wps:txbx>
                        <w:txbxContent>
                          <w:p w:rsidR="00F41A8F" w:rsidRPr="00E01EF9" w:rsidRDefault="00F41A8F" w:rsidP="00A82D45">
                            <w:pPr>
                              <w:spacing w:line="240" w:lineRule="auto"/>
                              <w:jc w:val="center"/>
                              <w:rPr>
                                <w:b/>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393DED" id="_x0000_s1027" type="#_x0000_t202" style="position:absolute;margin-left:200.3pt;margin-top:8.1pt;width:20.35pt;height:1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">
                <v:textbox>
                  <w:txbxContent>
                    <w:p w:rsidR="00F41A8F" w:rsidRPr="00E01EF9" w:rsidRDefault="00F41A8F" w:rsidP="00A82D45">
                      <w:pPr>
                        <w:spacing w:line="240" w:lineRule="auto"/>
                        <w:jc w:val="center"/>
                        <w:rPr>
                          <w:b/>
                          <w:lang w:val="el-GR"/>
                        </w:rPr>
                      </w:pPr>
                    </w:p>
                  </w:txbxContent>
                </v:textbox>
              </v:shape>
            </w:pict>
          </mc:Fallback>
        </mc:AlternateContent>
      </w:r>
    </w:p>
    <w:p w:rsidR="00C148FC" w:rsidRPr="009A74F2" w:rsidRDefault="007E0A07">
      <w:pPr>
        <w:spacing w:after="40"/>
        <w:rPr>
          <w:lang w:val="el-GR"/>
        </w:rPr>
      </w:pPr>
      <w:r w:rsidRPr="008D293F">
        <w:rPr>
          <w:lang w:val="el-GR"/>
        </w:rPr>
        <w:t xml:space="preserve">Είστε ήδη μέλος εθελοντικής ομάδας / συλλόγου;    </w:t>
      </w:r>
      <w:r w:rsidR="00F41A8F">
        <w:rPr>
          <w:lang w:val="el-GR"/>
        </w:rPr>
        <w:t xml:space="preserve">       </w:t>
      </w:r>
      <w:r w:rsidRPr="008D293F">
        <w:rPr>
          <w:lang w:val="el-GR"/>
        </w:rPr>
        <w:t xml:space="preserve"> </w:t>
      </w:r>
      <w:r w:rsidRPr="009A74F2">
        <w:rPr>
          <w:lang w:val="el-GR"/>
        </w:rPr>
        <w:t xml:space="preserve">ΝΑΙ     </w:t>
      </w:r>
      <w:r w:rsidR="00F41A8F">
        <w:rPr>
          <w:lang w:val="el-GR"/>
        </w:rPr>
        <w:t xml:space="preserve">       </w:t>
      </w:r>
      <w:r w:rsidRPr="009A74F2">
        <w:rPr>
          <w:lang w:val="el-GR"/>
        </w:rPr>
        <w:t xml:space="preserve"> ΟΧΙ</w:t>
      </w:r>
    </w:p>
    <w:p w:rsidR="00FC5A72" w:rsidRDefault="007E0A07">
      <w:pPr>
        <w:spacing w:after="80"/>
        <w:rPr>
          <w:lang w:val="el-GR"/>
        </w:rPr>
      </w:pPr>
      <w:r w:rsidRPr="008D293F">
        <w:rPr>
          <w:lang w:val="el-GR"/>
        </w:rPr>
        <w:t>Αν ναι, αναφέρετε την ομάδα / τον σύλλογο και λίγα λόγια για τη συμμετοχή σας:</w:t>
      </w:r>
      <w:r w:rsidRPr="008D293F">
        <w:rPr>
          <w:lang w:val="el-GR"/>
        </w:rPr>
        <w:br/>
      </w:r>
    </w:p>
    <w:p w:rsidR="006A3C57" w:rsidRPr="008D293F" w:rsidRDefault="006A3C57">
      <w:pPr>
        <w:spacing w:after="80"/>
        <w:rPr>
          <w:lang w:val="el-GR"/>
        </w:rPr>
      </w:pPr>
    </w:p>
    <w:tbl>
      <w:tblPr>
        <w:tblW w:w="0" w:type="auto"/>
        <w:jc w:val="center"/>
        <w:tblBorders>
          <w:top w:val="single" w:sz="4" w:space="0" w:color="2F5597"/>
          <w:left w:val="single" w:sz="4" w:space="0" w:color="2F5597"/>
          <w:bottom w:val="single" w:sz="4" w:space="0" w:color="2F5597"/>
          <w:right w:val="single" w:sz="4" w:space="0" w:color="2F5597"/>
          <w:insideH w:val="single" w:sz="4" w:space="0" w:color="2F5597"/>
          <w:insideV w:val="single" w:sz="4" w:space="0" w:color="2F5597"/>
        </w:tblBorders>
        <w:tblLook w:val="04A0" w:firstRow="1" w:lastRow="0" w:firstColumn="1" w:lastColumn="0" w:noHBand="0" w:noVBand="1"/>
      </w:tblPr>
      <w:tblGrid>
        <w:gridCol w:w="10482"/>
      </w:tblGrid>
      <w:tr w:rsidR="00C148FC" w:rsidRPr="005D6EB4">
        <w:trPr>
          <w:jc w:val="center"/>
        </w:trPr>
        <w:tc>
          <w:tcPr>
            <w:tcW w:w="10482" w:type="dxa"/>
            <w:shd w:val="clear" w:color="auto" w:fill="DCE6F1"/>
          </w:tcPr>
          <w:p w:rsidR="00C148FC" w:rsidRPr="008D293F" w:rsidRDefault="007E0A07" w:rsidP="003F1D1D">
            <w:pPr>
              <w:spacing w:before="40" w:after="0" w:line="240" w:lineRule="auto"/>
              <w:rPr>
                <w:lang w:val="el-GR"/>
              </w:rPr>
            </w:pPr>
            <w:r w:rsidRPr="008D293F">
              <w:rPr>
                <w:b/>
                <w:sz w:val="20"/>
                <w:lang w:val="el-GR"/>
              </w:rPr>
              <w:t>ΣΤ. ΔΗΛΩΣΗ ΚΑΙ ΡΗΤΗ ΣΥΓΚΑΤΑΘΕΣΗ ΕΠΕΞΕΡΓΑΣΙΑΣ ΠΡΟΣΩΠΙΚΩΝ ΔΕΔΟΜΕΝΩΝ</w:t>
            </w:r>
          </w:p>
        </w:tc>
      </w:tr>
    </w:tbl>
    <w:p w:rsidR="00FC5A72" w:rsidRDefault="00FC5A72">
      <w:pPr>
        <w:spacing w:after="80"/>
        <w:rPr>
          <w:lang w:val="el-GR"/>
        </w:rPr>
      </w:pPr>
    </w:p>
    <w:p w:rsidR="00E01EF9" w:rsidRDefault="007E0A07" w:rsidP="00E01EF9">
      <w:pPr>
        <w:spacing w:after="80"/>
        <w:jc w:val="both"/>
        <w:rPr>
          <w:lang w:val="el-GR"/>
        </w:rPr>
      </w:pPr>
      <w:r w:rsidRPr="008D293F">
        <w:rPr>
          <w:lang w:val="el-GR"/>
        </w:rPr>
        <w:t>Δηλώνω ότι τα στοιχεία που αναγράφω στην παρούσα αίτηση είναι αληθή και ακριβή και ζητώ την εγγραφή μου στο Μητρ</w:t>
      </w:r>
      <w:r w:rsidR="00E01EF9">
        <w:rPr>
          <w:lang w:val="el-GR"/>
        </w:rPr>
        <w:t>ώο Εθελοντών του Δήμου Λαμιέων.</w:t>
      </w:r>
    </w:p>
    <w:p w:rsidR="00C148FC" w:rsidRDefault="007E0A07" w:rsidP="00E01EF9">
      <w:pPr>
        <w:spacing w:after="80"/>
        <w:jc w:val="both"/>
        <w:rPr>
          <w:lang w:val="el-GR"/>
        </w:rPr>
      </w:pPr>
      <w:r w:rsidRPr="008D293F">
        <w:rPr>
          <w:lang w:val="el-GR"/>
        </w:rPr>
        <w:br/>
        <w:t>Με την υπογραφή μου παρέχω τη ρητή και ελεύθερη συγκατάθεσή μου στον Δήμο Λαμιέων για τη συλλογή, καταχώριση, τήρηση και εν γένει επεξεργασία των προσωπικών δεδομένων που δηλώνω στην παρούσα αίτηση, αποκλειστικά για τους σκοπούς της εγγραφής και τήρησής μου στο Μητρώο Εθελοντών, της επικοινωνίας μαζί μου, της οργάνωσης και του συντονισμού της συμμετοχής μου σε εθελοντικές δράσεις και της διαχείρισης της εθελοντικής μου ιδιότητας. Ενημερώθηκα ότι η επεξεργασία πραγματοποιείται σύμφωνα με τον Κανονισμό (ΕΕ) 2016/679 (ΓΚΠΔ) και την ισχύουσα εθνική νομοθεσία, ότι τα δεδομένα μου δεν κοινοποιούνται σε τρίτους παρά μόνο όταν αυτό προβλέπεται από τον νόμο ή είναι αναγκαίο για τους παραπάνω σκοπούς, και ότι μπορώ να ασκώ τα δικαιώματα που μου παρέχει η νομοθεσία περί προστασίας προσωπικών δεδομένων, καθώς και να ανακαλέσω τη συγκατάθεσή μου για επεξεργασίες που βασίζονται σε αυτήν, χωρίς να θίγεται η νομιμότητα της επεξεργασίας που προηγήθηκε της ανάκλησης.</w:t>
      </w:r>
    </w:p>
    <w:p w:rsidR="00E01EF9" w:rsidRPr="008D293F" w:rsidRDefault="00E01EF9" w:rsidP="00E01EF9">
      <w:pPr>
        <w:spacing w:after="80"/>
        <w:jc w:val="both"/>
        <w:rPr>
          <w:lang w:val="el-GR"/>
        </w:rPr>
      </w:pPr>
      <w:r w:rsidRPr="00524C88">
        <w:rPr>
          <w:noProof/>
          <w:lang w:val="el-GR" w:eastAsia="el-GR"/>
        </w:rPr>
        <mc:AlternateContent>
          <mc:Choice Requires="wps">
            <w:drawing>
              <wp:anchor distT="0" distB="0" distL="114300" distR="114300" simplePos="0" relativeHeight="251665408" behindDoc="0" locked="0" layoutInCell="1" allowOverlap="1" wp14:anchorId="0CE89C57" wp14:editId="52C26B7A">
                <wp:simplePos x="0" y="0"/>
                <wp:positionH relativeFrom="column">
                  <wp:posOffset>12700</wp:posOffset>
                </wp:positionH>
                <wp:positionV relativeFrom="paragraph">
                  <wp:posOffset>128270</wp:posOffset>
                </wp:positionV>
                <wp:extent cx="258445" cy="215265"/>
                <wp:effectExtent l="0" t="0" r="27305" b="13335"/>
                <wp:wrapNone/>
                <wp:docPr id="3"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215265"/>
                        </a:xfrm>
                        <a:prstGeom prst="rect">
                          <a:avLst/>
                        </a:prstGeom>
                        <a:solidFill>
                          <a:srgbClr val="FFFFFF"/>
                        </a:solidFill>
                        <a:ln w="9525">
                          <a:solidFill>
                            <a:srgbClr val="000000"/>
                          </a:solidFill>
                          <a:miter lim="800000"/>
                          <a:headEnd/>
                          <a:tailEnd/>
                        </a:ln>
                      </wps:spPr>
                      <wps:txbx>
                        <w:txbxContent>
                          <w:p w:rsidR="00E01EF9" w:rsidRPr="00E01EF9" w:rsidRDefault="00E01EF9" w:rsidP="00980ED7">
                            <w:pPr>
                              <w:spacing w:line="240" w:lineRule="auto"/>
                              <w:jc w:val="center"/>
                              <w:rPr>
                                <w:b/>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89C57" id="_x0000_s1028" type="#_x0000_t202" style="position:absolute;left:0;text-align:left;margin-left:1pt;margin-top:10.1pt;width:20.35pt;height:1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">
                <v:textbox>
                  <w:txbxContent>
                    <w:p w:rsidR="00E01EF9" w:rsidRPr="00E01EF9" w:rsidRDefault="00E01EF9" w:rsidP="00980ED7">
                      <w:pPr>
                        <w:spacing w:line="240" w:lineRule="auto"/>
                        <w:jc w:val="center"/>
                        <w:rPr>
                          <w:b/>
                          <w:lang w:val="el-GR"/>
                        </w:rPr>
                      </w:pPr>
                    </w:p>
                  </w:txbxContent>
                </v:textbox>
              </v:shape>
            </w:pict>
          </mc:Fallback>
        </mc:AlternateContent>
      </w:r>
    </w:p>
    <w:p w:rsidR="00C148FC" w:rsidRPr="008D293F" w:rsidRDefault="00E01EF9" w:rsidP="00E01EF9">
      <w:pPr>
        <w:jc w:val="both"/>
        <w:rPr>
          <w:lang w:val="el-GR"/>
        </w:rPr>
      </w:pPr>
      <w:r>
        <w:rPr>
          <w:b/>
          <w:lang w:val="el-GR"/>
        </w:rPr>
        <w:t xml:space="preserve">         </w:t>
      </w:r>
      <w:r w:rsidR="007E0A07" w:rsidRPr="008D293F">
        <w:rPr>
          <w:b/>
          <w:lang w:val="el-GR"/>
        </w:rPr>
        <w:t xml:space="preserve"> Δηλώνω ότι έλαβα γνώση των ανωτέρω και ΣΥΓΚΑΤΙΘΕΜΑΙ ΡΗΤΑ στην επεξεργασία των προσωπικών μου δεδομένων για τους παραπάνω σκοπούς.</w:t>
      </w:r>
    </w:p>
    <w:tbl>
      <w:tblPr>
        <w:tblW w:w="5000" w:type="pct"/>
        <w:jc w:val="center"/>
        <w:tblLook w:val="04A0" w:firstRow="1" w:lastRow="0" w:firstColumn="1" w:lastColumn="0" w:noHBand="0" w:noVBand="1"/>
      </w:tblPr>
      <w:tblGrid>
        <w:gridCol w:w="5989"/>
        <w:gridCol w:w="4709"/>
      </w:tblGrid>
      <w:tr w:rsidR="00C148FC" w:rsidRPr="005D6EB4" w:rsidTr="009A74F2">
        <w:trPr>
          <w:jc w:val="center"/>
        </w:trPr>
        <w:tc>
          <w:tcPr>
            <w:tcW w:w="2799" w:type="pct"/>
          </w:tcPr>
          <w:p w:rsidR="009A74F2" w:rsidRDefault="009A74F2" w:rsidP="009A74F2">
            <w:pPr>
              <w:jc w:val="right"/>
              <w:rPr>
                <w:lang w:val="el-GR"/>
              </w:rPr>
            </w:pPr>
            <w:r>
              <w:rPr>
                <w:lang w:val="el-GR"/>
              </w:rPr>
              <w:t xml:space="preserve">           </w:t>
            </w:r>
          </w:p>
          <w:p w:rsidR="00C148FC" w:rsidRPr="00FC5A72" w:rsidRDefault="009A74F2" w:rsidP="009A74F2">
            <w:pPr>
              <w:jc w:val="right"/>
              <w:rPr>
                <w:lang w:val="el-GR"/>
              </w:rPr>
            </w:pPr>
            <w:r>
              <w:rPr>
                <w:lang w:val="el-GR"/>
              </w:rPr>
              <w:t xml:space="preserve">            </w:t>
            </w:r>
          </w:p>
        </w:tc>
        <w:tc>
          <w:tcPr>
            <w:tcW w:w="2201" w:type="pct"/>
          </w:tcPr>
          <w:p w:rsidR="009A74F2" w:rsidRDefault="009A74F2">
            <w:pPr>
              <w:jc w:val="center"/>
              <w:rPr>
                <w:lang w:val="el-GR"/>
              </w:rPr>
            </w:pPr>
          </w:p>
          <w:p w:rsidR="009A74F2" w:rsidRDefault="009A74F2">
            <w:pPr>
              <w:jc w:val="center"/>
              <w:rPr>
                <w:lang w:val="el-GR"/>
              </w:rPr>
            </w:pPr>
            <w:r>
              <w:rPr>
                <w:lang w:val="el-GR"/>
              </w:rPr>
              <w:t xml:space="preserve">Λαμία,  </w:t>
            </w:r>
            <w:r w:rsidRPr="00FC5A72">
              <w:rPr>
                <w:lang w:val="el-GR"/>
              </w:rPr>
              <w:t>____ / ____ / ______</w:t>
            </w:r>
            <w:r>
              <w:rPr>
                <w:lang w:val="el-GR"/>
              </w:rPr>
              <w:t xml:space="preserve">                                            </w:t>
            </w:r>
          </w:p>
          <w:p w:rsidR="009A74F2" w:rsidRDefault="009A74F2">
            <w:pPr>
              <w:jc w:val="center"/>
              <w:rPr>
                <w:lang w:val="el-GR"/>
              </w:rPr>
            </w:pPr>
          </w:p>
          <w:p w:rsidR="009A74F2" w:rsidRDefault="009A74F2">
            <w:pPr>
              <w:jc w:val="center"/>
              <w:rPr>
                <w:lang w:val="el-GR"/>
              </w:rPr>
            </w:pPr>
          </w:p>
          <w:p w:rsidR="00C148FC" w:rsidRPr="009A74F2" w:rsidRDefault="007E0A07">
            <w:pPr>
              <w:jc w:val="center"/>
              <w:rPr>
                <w:lang w:val="el-GR"/>
              </w:rPr>
            </w:pPr>
            <w:r w:rsidRPr="009A74F2">
              <w:rPr>
                <w:lang w:val="el-GR"/>
              </w:rPr>
              <w:t>Ο/Η Αιτών/ούσα</w:t>
            </w:r>
          </w:p>
        </w:tc>
      </w:tr>
      <w:tr w:rsidR="00C148FC" w:rsidTr="009A74F2">
        <w:trPr>
          <w:jc w:val="center"/>
        </w:trPr>
        <w:tc>
          <w:tcPr>
            <w:tcW w:w="2799" w:type="pct"/>
          </w:tcPr>
          <w:p w:rsidR="00C148FC" w:rsidRPr="009A74F2" w:rsidRDefault="00C148FC">
            <w:pPr>
              <w:jc w:val="center"/>
              <w:rPr>
                <w:lang w:val="el-GR"/>
              </w:rPr>
            </w:pPr>
          </w:p>
        </w:tc>
        <w:tc>
          <w:tcPr>
            <w:tcW w:w="2201" w:type="pct"/>
          </w:tcPr>
          <w:p w:rsidR="00C148FC" w:rsidRDefault="007E0A07">
            <w:pPr>
              <w:jc w:val="center"/>
            </w:pPr>
            <w:r w:rsidRPr="009A74F2">
              <w:rPr>
                <w:lang w:val="el-GR"/>
              </w:rPr>
              <w:br/>
            </w:r>
            <w:r>
              <w:t>Υπ</w:t>
            </w:r>
            <w:proofErr w:type="spellStart"/>
            <w:r>
              <w:t>ογρ</w:t>
            </w:r>
            <w:proofErr w:type="spellEnd"/>
            <w:r>
              <w:t>αφή: __________________________</w:t>
            </w:r>
          </w:p>
        </w:tc>
      </w:tr>
    </w:tbl>
    <w:p w:rsidR="007E0A07" w:rsidRDefault="007E0A07"/>
    <w:p w:rsidR="00EF7248" w:rsidRDefault="00EF7248"/>
    <w:p w:rsidR="00EF7248" w:rsidRDefault="00EF7248"/>
    <w:p w:rsidR="00EF7248" w:rsidRDefault="00EF7248"/>
    <w:p w:rsidR="00EF7248" w:rsidRDefault="00EF7248"/>
    <w:p w:rsidR="00C575B0" w:rsidRPr="000C678D" w:rsidRDefault="00C575B0">
      <w:pPr>
        <w:rPr>
          <w:lang w:val="el-GR"/>
        </w:rPr>
      </w:pPr>
    </w:p>
    <w:p w:rsidR="00EF7248" w:rsidRDefault="00EF7248"/>
    <w:p w:rsidR="00EF7248" w:rsidRDefault="00EF7248"/>
    <w:p w:rsidR="00EF7248" w:rsidRDefault="00EF7248">
      <w:pPr>
        <w:rPr>
          <w:lang w:val="el-GR"/>
        </w:rPr>
      </w:pPr>
    </w:p>
    <w:p w:rsidR="00AA21A8" w:rsidRDefault="00AA21A8">
      <w:pPr>
        <w:rPr>
          <w:lang w:val="el-GR"/>
        </w:rPr>
        <w:sectPr w:rsidR="00AA21A8" w:rsidSect="00036A50">
          <w:headerReference w:type="default" r:id="rId8"/>
          <w:footerReference w:type="default" r:id="rId9"/>
          <w:pgSz w:w="12240" w:h="15840"/>
          <w:pgMar w:top="765" w:right="879" w:bottom="765" w:left="879" w:header="720" w:footer="485" w:gutter="0"/>
          <w:cols w:space="720"/>
          <w:docGrid w:linePitch="360"/>
        </w:sectPr>
      </w:pPr>
    </w:p>
    <w:p w:rsidR="00AA21A8" w:rsidRPr="00AA21A8" w:rsidRDefault="00AA21A8" w:rsidP="00AA21A8">
      <w:pPr>
        <w:keepNext/>
        <w:spacing w:after="0" w:line="240" w:lineRule="auto"/>
        <w:outlineLvl w:val="2"/>
        <w:rPr>
          <w:rFonts w:eastAsia="Times New Roman" w:cs="Arial"/>
          <w:bCs/>
          <w:sz w:val="16"/>
          <w:szCs w:val="24"/>
          <w:lang w:val="el-GR" w:eastAsia="el-GR"/>
        </w:rPr>
      </w:pPr>
    </w:p>
    <w:p w:rsidR="00AA21A8" w:rsidRPr="00AA21A8" w:rsidRDefault="00AA21A8" w:rsidP="00AA21A8">
      <w:pPr>
        <w:keepNext/>
        <w:spacing w:after="0" w:line="240" w:lineRule="auto"/>
        <w:jc w:val="center"/>
        <w:outlineLvl w:val="2"/>
        <w:rPr>
          <w:rFonts w:eastAsia="Times New Roman" w:cs="Arial"/>
          <w:b/>
          <w:bCs/>
          <w:sz w:val="28"/>
          <w:szCs w:val="24"/>
          <w:lang w:val="el-GR" w:eastAsia="el-GR"/>
        </w:rPr>
      </w:pPr>
      <w:r w:rsidRPr="00AA21A8">
        <w:rPr>
          <w:rFonts w:eastAsia="Times New Roman" w:cs="Arial"/>
          <w:b/>
          <w:bCs/>
          <w:sz w:val="28"/>
          <w:szCs w:val="24"/>
          <w:lang w:val="el-GR" w:eastAsia="el-GR"/>
        </w:rPr>
        <w:t>ΥΠΕΥΘΥΝΗ ΔΗΛΩΣΗ</w:t>
      </w:r>
    </w:p>
    <w:p w:rsidR="00AA21A8" w:rsidRPr="00AA21A8" w:rsidRDefault="00AA21A8" w:rsidP="00AA21A8">
      <w:pPr>
        <w:keepNext/>
        <w:spacing w:after="0" w:line="240" w:lineRule="auto"/>
        <w:jc w:val="center"/>
        <w:outlineLvl w:val="2"/>
        <w:rPr>
          <w:rFonts w:eastAsia="Times New Roman" w:cs="Arial"/>
          <w:b/>
          <w:bCs/>
          <w:sz w:val="24"/>
          <w:szCs w:val="24"/>
          <w:vertAlign w:val="superscript"/>
          <w:lang w:val="el-GR" w:eastAsia="el-GR"/>
        </w:rPr>
      </w:pPr>
      <w:r w:rsidRPr="00AA21A8">
        <w:rPr>
          <w:rFonts w:eastAsia="Times New Roman" w:cs="Arial"/>
          <w:b/>
          <w:bCs/>
          <w:sz w:val="24"/>
          <w:szCs w:val="24"/>
          <w:vertAlign w:val="superscript"/>
          <w:lang w:val="el-GR" w:eastAsia="el-GR"/>
        </w:rPr>
        <w:t>(άρθρο 8 Ν.1599/1986)</w:t>
      </w:r>
    </w:p>
    <w:p w:rsidR="00AA21A8" w:rsidRPr="00AA21A8" w:rsidRDefault="00AA21A8" w:rsidP="00AA21A8">
      <w:pPr>
        <w:spacing w:after="0" w:line="240" w:lineRule="auto"/>
        <w:rPr>
          <w:rFonts w:ascii="Times New Roman" w:eastAsia="Times New Roman" w:hAnsi="Times New Roman" w:cs="Times New Roman"/>
          <w:sz w:val="24"/>
          <w:szCs w:val="24"/>
          <w:lang w:val="el-GR" w:eastAsia="el-GR"/>
        </w:rPr>
      </w:pPr>
    </w:p>
    <w:p w:rsidR="00AA21A8" w:rsidRPr="00AA21A8" w:rsidRDefault="00AA21A8" w:rsidP="00AA21A8">
      <w:pPr>
        <w:pBdr>
          <w:top w:val="single" w:sz="4" w:space="1" w:color="auto"/>
          <w:left w:val="single" w:sz="4" w:space="4" w:color="auto"/>
          <w:bottom w:val="single" w:sz="4" w:space="1" w:color="auto"/>
          <w:right w:val="single" w:sz="4" w:space="7" w:color="auto"/>
        </w:pBdr>
        <w:spacing w:after="0" w:line="240" w:lineRule="auto"/>
        <w:ind w:right="139"/>
        <w:jc w:val="center"/>
        <w:rPr>
          <w:rFonts w:ascii="Times New Roman" w:eastAsia="Times New Roman" w:hAnsi="Times New Roman" w:cs="Times New Roman"/>
          <w:szCs w:val="24"/>
          <w:lang w:val="el-GR" w:eastAsia="el-GR"/>
        </w:rPr>
      </w:pPr>
      <w:r w:rsidRPr="00AA21A8">
        <w:rPr>
          <w:rFonts w:ascii="Times New Roman" w:eastAsia="Times New Roman" w:hAnsi="Times New Roman" w:cs="Times New Roman"/>
          <w:szCs w:val="24"/>
          <w:lang w:val="el-GR" w:eastAsia="el-GR"/>
        </w:rPr>
        <w:t>Η ακρίβεια των στοιχείων που υποβάλλονται με αυτή τη δήλωση μπορεί να ελεγχθεί με βάση το αρχείο άλλων υπηρεσιών (άρθρο 8,</w:t>
      </w:r>
    </w:p>
    <w:p w:rsidR="00AA21A8" w:rsidRPr="00AA21A8" w:rsidRDefault="00AA21A8" w:rsidP="00AA21A8">
      <w:pPr>
        <w:pBdr>
          <w:top w:val="single" w:sz="4" w:space="1" w:color="auto"/>
          <w:left w:val="single" w:sz="4" w:space="4" w:color="auto"/>
          <w:bottom w:val="single" w:sz="4" w:space="1" w:color="auto"/>
          <w:right w:val="single" w:sz="4" w:space="7" w:color="auto"/>
        </w:pBdr>
        <w:spacing w:after="0" w:line="240" w:lineRule="auto"/>
        <w:ind w:right="139"/>
        <w:jc w:val="center"/>
        <w:rPr>
          <w:rFonts w:ascii="Times New Roman" w:eastAsia="Times New Roman" w:hAnsi="Times New Roman" w:cs="Times New Roman"/>
          <w:szCs w:val="24"/>
          <w:lang w:val="el-GR" w:eastAsia="el-GR"/>
        </w:rPr>
      </w:pPr>
      <w:r w:rsidRPr="00AA21A8">
        <w:rPr>
          <w:rFonts w:ascii="Times New Roman" w:eastAsia="Times New Roman" w:hAnsi="Times New Roman" w:cs="Times New Roman"/>
          <w:szCs w:val="24"/>
          <w:lang w:val="el-GR" w:eastAsia="el-GR"/>
        </w:rPr>
        <w:t>παρ. 4 Ν. 1599/1986)</w:t>
      </w:r>
    </w:p>
    <w:p w:rsidR="00AA21A8" w:rsidRPr="00AA21A8" w:rsidRDefault="00AA21A8" w:rsidP="00AA21A8">
      <w:pPr>
        <w:spacing w:after="120" w:line="240" w:lineRule="auto"/>
        <w:rPr>
          <w:rFonts w:eastAsia="Times New Roman" w:cs="Arial"/>
          <w:sz w:val="22"/>
          <w:szCs w:val="24"/>
          <w:lang w:val="el-GR" w:eastAsia="el-GR"/>
        </w:rPr>
      </w:pPr>
    </w:p>
    <w:p w:rsidR="00AA21A8" w:rsidRPr="00AA21A8" w:rsidRDefault="00AA21A8" w:rsidP="00AA21A8">
      <w:pPr>
        <w:spacing w:after="0" w:line="240" w:lineRule="auto"/>
        <w:rPr>
          <w:rFonts w:eastAsia="Times New Roman" w:cs="Times New Roman"/>
          <w:sz w:val="20"/>
          <w:szCs w:val="24"/>
          <w:lang w:val="el-GR"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1291"/>
        <w:gridCol w:w="6"/>
      </w:tblGrid>
      <w:tr w:rsidR="00AA21A8" w:rsidRPr="005D6EB4" w:rsidTr="009718B4">
        <w:trPr>
          <w:gridAfter w:val="1"/>
          <w:wAfter w:w="6" w:type="dxa"/>
          <w:cantSplit/>
          <w:trHeight w:val="415"/>
        </w:trPr>
        <w:tc>
          <w:tcPr>
            <w:tcW w:w="1368" w:type="dxa"/>
          </w:tcPr>
          <w:p w:rsidR="00AA21A8" w:rsidRPr="00AA21A8" w:rsidRDefault="00AA21A8" w:rsidP="00AA21A8">
            <w:pPr>
              <w:spacing w:before="240" w:after="0" w:line="240" w:lineRule="auto"/>
              <w:ind w:right="-6878"/>
              <w:rPr>
                <w:rFonts w:eastAsia="Times New Roman" w:cs="Times New Roman"/>
                <w:sz w:val="20"/>
                <w:szCs w:val="24"/>
                <w:lang w:val="el-GR" w:eastAsia="el-GR"/>
              </w:rPr>
            </w:pPr>
            <w:r w:rsidRPr="00AA21A8">
              <w:rPr>
                <w:rFonts w:eastAsia="Times New Roman" w:cs="Times New Roman"/>
                <w:sz w:val="20"/>
                <w:szCs w:val="24"/>
                <w:lang w:val="el-GR" w:eastAsia="el-GR"/>
              </w:rPr>
              <w:t>ΠΡΟΣ</w:t>
            </w:r>
            <w:r w:rsidRPr="00AA21A8">
              <w:rPr>
                <w:rFonts w:eastAsia="Times New Roman" w:cs="Times New Roman"/>
                <w:sz w:val="20"/>
                <w:szCs w:val="24"/>
                <w:vertAlign w:val="superscript"/>
                <w:lang w:val="el-GR" w:eastAsia="el-GR"/>
              </w:rPr>
              <w:t>(1)</w:t>
            </w:r>
            <w:r w:rsidRPr="00AA21A8">
              <w:rPr>
                <w:rFonts w:eastAsia="Times New Roman" w:cs="Times New Roman"/>
                <w:sz w:val="20"/>
                <w:szCs w:val="24"/>
                <w:lang w:val="el-GR" w:eastAsia="el-GR"/>
              </w:rPr>
              <w:t>:</w:t>
            </w:r>
          </w:p>
        </w:tc>
        <w:tc>
          <w:tcPr>
            <w:tcW w:w="9000" w:type="dxa"/>
            <w:gridSpan w:val="15"/>
            <w:vAlign w:val="center"/>
          </w:tcPr>
          <w:p w:rsidR="00AA21A8" w:rsidRPr="005D6EB4" w:rsidRDefault="00AA21A8" w:rsidP="00AA21A8">
            <w:pPr>
              <w:spacing w:after="0" w:line="240" w:lineRule="auto"/>
              <w:ind w:right="-6878"/>
              <w:rPr>
                <w:rFonts w:eastAsia="Times New Roman" w:cs="Arial"/>
                <w:b/>
                <w:sz w:val="20"/>
                <w:szCs w:val="20"/>
                <w:lang w:val="el-GR" w:eastAsia="el-GR"/>
              </w:rPr>
            </w:pPr>
            <w:r w:rsidRPr="005D6EB4">
              <w:rPr>
                <w:rFonts w:eastAsia="Times New Roman" w:cs="Arial"/>
                <w:b/>
                <w:sz w:val="20"/>
                <w:szCs w:val="20"/>
                <w:lang w:val="el-GR" w:eastAsia="el-GR"/>
              </w:rPr>
              <w:t>Το Γραφείο Εθελοντισμού Δήμου Λαμιέων</w:t>
            </w:r>
          </w:p>
        </w:tc>
      </w:tr>
      <w:tr w:rsidR="00AA21A8" w:rsidRPr="00AA21A8" w:rsidTr="009718B4">
        <w:trPr>
          <w:gridAfter w:val="1"/>
          <w:wAfter w:w="6" w:type="dxa"/>
          <w:cantSplit/>
          <w:trHeight w:val="415"/>
        </w:trPr>
        <w:tc>
          <w:tcPr>
            <w:tcW w:w="1368" w:type="dxa"/>
          </w:tcPr>
          <w:p w:rsidR="00AA21A8" w:rsidRPr="00AA21A8" w:rsidRDefault="00AA21A8" w:rsidP="00AA21A8">
            <w:pPr>
              <w:spacing w:before="240" w:after="0" w:line="240" w:lineRule="auto"/>
              <w:ind w:right="-6878"/>
              <w:rPr>
                <w:rFonts w:eastAsia="Times New Roman" w:cs="Times New Roman"/>
                <w:sz w:val="16"/>
                <w:szCs w:val="24"/>
                <w:lang w:val="el-GR" w:eastAsia="el-GR"/>
              </w:rPr>
            </w:pPr>
            <w:r w:rsidRPr="00AA21A8">
              <w:rPr>
                <w:rFonts w:eastAsia="Times New Roman" w:cs="Times New Roman"/>
                <w:sz w:val="16"/>
                <w:szCs w:val="24"/>
                <w:lang w:val="el-GR" w:eastAsia="el-GR"/>
              </w:rPr>
              <w:t>Ο – Η Όνομα:</w:t>
            </w:r>
          </w:p>
        </w:tc>
        <w:tc>
          <w:tcPr>
            <w:tcW w:w="3749" w:type="dxa"/>
            <w:gridSpan w:val="6"/>
            <w:vAlign w:val="center"/>
          </w:tcPr>
          <w:p w:rsidR="00AA21A8" w:rsidRPr="00AA21A8" w:rsidRDefault="00AA21A8" w:rsidP="00AA21A8">
            <w:pPr>
              <w:spacing w:after="0" w:line="240" w:lineRule="auto"/>
              <w:ind w:right="-6878"/>
              <w:rPr>
                <w:rFonts w:eastAsia="Times New Roman" w:cs="Arial"/>
                <w:b/>
                <w:sz w:val="24"/>
                <w:szCs w:val="24"/>
                <w:lang w:val="el-GR" w:eastAsia="el-GR"/>
              </w:rPr>
            </w:pPr>
          </w:p>
        </w:tc>
        <w:tc>
          <w:tcPr>
            <w:tcW w:w="1080" w:type="dxa"/>
            <w:gridSpan w:val="3"/>
          </w:tcPr>
          <w:p w:rsidR="00AA21A8" w:rsidRPr="00AA21A8" w:rsidRDefault="00AA21A8" w:rsidP="00AA21A8">
            <w:pPr>
              <w:spacing w:before="240" w:after="0" w:line="240" w:lineRule="auto"/>
              <w:ind w:right="-6878"/>
              <w:rPr>
                <w:rFonts w:eastAsia="Times New Roman" w:cs="Times New Roman"/>
                <w:sz w:val="16"/>
                <w:szCs w:val="24"/>
                <w:lang w:val="el-GR" w:eastAsia="el-GR"/>
              </w:rPr>
            </w:pPr>
            <w:r w:rsidRPr="00AA21A8">
              <w:rPr>
                <w:rFonts w:eastAsia="Times New Roman" w:cs="Times New Roman"/>
                <w:sz w:val="16"/>
                <w:szCs w:val="24"/>
                <w:lang w:val="el-GR" w:eastAsia="el-GR"/>
              </w:rPr>
              <w:t>Επώνυμο:</w:t>
            </w:r>
          </w:p>
        </w:tc>
        <w:tc>
          <w:tcPr>
            <w:tcW w:w="4171" w:type="dxa"/>
            <w:gridSpan w:val="6"/>
            <w:vAlign w:val="center"/>
          </w:tcPr>
          <w:p w:rsidR="00AA21A8" w:rsidRPr="00AA21A8" w:rsidRDefault="00AA21A8" w:rsidP="00AA21A8">
            <w:pPr>
              <w:spacing w:after="0" w:line="240" w:lineRule="auto"/>
              <w:ind w:right="-6878"/>
              <w:rPr>
                <w:rFonts w:eastAsia="Times New Roman" w:cs="Arial"/>
                <w:b/>
                <w:sz w:val="24"/>
                <w:szCs w:val="24"/>
                <w:lang w:val="el-GR" w:eastAsia="el-GR"/>
              </w:rPr>
            </w:pPr>
          </w:p>
        </w:tc>
      </w:tr>
      <w:tr w:rsidR="00AA21A8" w:rsidRPr="00AA21A8" w:rsidTr="009718B4">
        <w:trPr>
          <w:gridAfter w:val="1"/>
          <w:wAfter w:w="6" w:type="dxa"/>
          <w:cantSplit/>
          <w:trHeight w:val="99"/>
        </w:trPr>
        <w:tc>
          <w:tcPr>
            <w:tcW w:w="2448" w:type="dxa"/>
            <w:gridSpan w:val="4"/>
          </w:tcPr>
          <w:p w:rsidR="00AA21A8" w:rsidRPr="00AA21A8" w:rsidRDefault="00AA21A8" w:rsidP="00AA21A8">
            <w:pPr>
              <w:spacing w:before="240" w:after="0" w:line="240" w:lineRule="auto"/>
              <w:rPr>
                <w:rFonts w:eastAsia="Times New Roman" w:cs="Times New Roman"/>
                <w:sz w:val="16"/>
                <w:szCs w:val="24"/>
                <w:lang w:val="el-GR" w:eastAsia="el-GR"/>
              </w:rPr>
            </w:pPr>
            <w:r w:rsidRPr="00AA21A8">
              <w:rPr>
                <w:rFonts w:eastAsia="Times New Roman" w:cs="Times New Roman"/>
                <w:sz w:val="16"/>
                <w:szCs w:val="24"/>
                <w:lang w:val="el-GR" w:eastAsia="el-GR"/>
              </w:rPr>
              <w:t xml:space="preserve">Όνομα και Επώνυμο Πατέρα: </w:t>
            </w:r>
          </w:p>
        </w:tc>
        <w:tc>
          <w:tcPr>
            <w:tcW w:w="7920" w:type="dxa"/>
            <w:gridSpan w:val="12"/>
            <w:vAlign w:val="center"/>
          </w:tcPr>
          <w:p w:rsidR="00AA21A8" w:rsidRPr="00AA21A8" w:rsidRDefault="00AA21A8" w:rsidP="00AA21A8">
            <w:pPr>
              <w:spacing w:after="0" w:line="240" w:lineRule="auto"/>
              <w:ind w:right="-6878"/>
              <w:rPr>
                <w:rFonts w:eastAsia="Times New Roman" w:cs="Times New Roman"/>
                <w:sz w:val="20"/>
                <w:szCs w:val="24"/>
                <w:lang w:val="el-GR" w:eastAsia="el-GR"/>
              </w:rPr>
            </w:pPr>
          </w:p>
        </w:tc>
      </w:tr>
      <w:tr w:rsidR="00AA21A8" w:rsidRPr="00AA21A8" w:rsidTr="009718B4">
        <w:trPr>
          <w:gridAfter w:val="1"/>
          <w:wAfter w:w="6" w:type="dxa"/>
          <w:cantSplit/>
          <w:trHeight w:val="99"/>
        </w:trPr>
        <w:tc>
          <w:tcPr>
            <w:tcW w:w="2448" w:type="dxa"/>
            <w:gridSpan w:val="4"/>
          </w:tcPr>
          <w:p w:rsidR="00AA21A8" w:rsidRPr="00AA21A8" w:rsidRDefault="00AA21A8" w:rsidP="00AA21A8">
            <w:pPr>
              <w:spacing w:before="240" w:after="0" w:line="240" w:lineRule="auto"/>
              <w:rPr>
                <w:rFonts w:eastAsia="Times New Roman" w:cs="Times New Roman"/>
                <w:sz w:val="16"/>
                <w:szCs w:val="24"/>
                <w:lang w:val="el-GR" w:eastAsia="el-GR"/>
              </w:rPr>
            </w:pPr>
            <w:r w:rsidRPr="00AA21A8">
              <w:rPr>
                <w:rFonts w:eastAsia="Times New Roman" w:cs="Times New Roman"/>
                <w:sz w:val="16"/>
                <w:szCs w:val="24"/>
                <w:lang w:val="el-GR" w:eastAsia="el-GR"/>
              </w:rPr>
              <w:t>Όνομα και Επώνυμο Μ</w:t>
            </w:r>
            <w:bookmarkStart w:id="0" w:name="_GoBack"/>
            <w:bookmarkEnd w:id="0"/>
            <w:r w:rsidRPr="00AA21A8">
              <w:rPr>
                <w:rFonts w:eastAsia="Times New Roman" w:cs="Times New Roman"/>
                <w:sz w:val="16"/>
                <w:szCs w:val="24"/>
                <w:lang w:val="el-GR" w:eastAsia="el-GR"/>
              </w:rPr>
              <w:t>ητέρας:</w:t>
            </w:r>
          </w:p>
        </w:tc>
        <w:tc>
          <w:tcPr>
            <w:tcW w:w="7920" w:type="dxa"/>
            <w:gridSpan w:val="12"/>
            <w:vAlign w:val="center"/>
          </w:tcPr>
          <w:p w:rsidR="00AA21A8" w:rsidRPr="00AA21A8" w:rsidRDefault="00AA21A8" w:rsidP="00AA21A8">
            <w:pPr>
              <w:spacing w:after="0" w:line="240" w:lineRule="auto"/>
              <w:ind w:right="-6878"/>
              <w:rPr>
                <w:rFonts w:eastAsia="Times New Roman" w:cs="Times New Roman"/>
                <w:sz w:val="20"/>
                <w:szCs w:val="24"/>
                <w:lang w:val="el-GR" w:eastAsia="el-GR"/>
              </w:rPr>
            </w:pPr>
          </w:p>
        </w:tc>
      </w:tr>
      <w:tr w:rsidR="00AA21A8" w:rsidRPr="00AA21A8" w:rsidTr="009718B4">
        <w:trPr>
          <w:gridAfter w:val="1"/>
          <w:wAfter w:w="6" w:type="dxa"/>
          <w:cantSplit/>
        </w:trPr>
        <w:tc>
          <w:tcPr>
            <w:tcW w:w="2448" w:type="dxa"/>
            <w:gridSpan w:val="4"/>
          </w:tcPr>
          <w:p w:rsidR="00AA21A8" w:rsidRPr="00AA21A8" w:rsidRDefault="00AA21A8" w:rsidP="00AA21A8">
            <w:pPr>
              <w:spacing w:before="240" w:after="0" w:line="240" w:lineRule="auto"/>
              <w:ind w:right="-2332"/>
              <w:rPr>
                <w:rFonts w:eastAsia="Times New Roman" w:cs="Times New Roman"/>
                <w:sz w:val="16"/>
                <w:szCs w:val="24"/>
                <w:lang w:val="el-GR" w:eastAsia="el-GR"/>
              </w:rPr>
            </w:pPr>
            <w:r w:rsidRPr="00AA21A8">
              <w:rPr>
                <w:rFonts w:eastAsia="Times New Roman" w:cs="Times New Roman"/>
                <w:sz w:val="16"/>
                <w:szCs w:val="24"/>
                <w:lang w:val="el-GR" w:eastAsia="el-GR"/>
              </w:rPr>
              <w:t>Ημερομηνία γέννησης</w:t>
            </w:r>
            <w:r w:rsidRPr="00AA21A8">
              <w:rPr>
                <w:rFonts w:eastAsia="Times New Roman" w:cs="Times New Roman"/>
                <w:sz w:val="16"/>
                <w:szCs w:val="24"/>
                <w:vertAlign w:val="superscript"/>
                <w:lang w:val="el-GR" w:eastAsia="el-GR"/>
              </w:rPr>
              <w:t>(2)</w:t>
            </w:r>
            <w:r w:rsidRPr="00AA21A8">
              <w:rPr>
                <w:rFonts w:eastAsia="Times New Roman" w:cs="Times New Roman"/>
                <w:sz w:val="16"/>
                <w:szCs w:val="24"/>
                <w:lang w:val="el-GR" w:eastAsia="el-GR"/>
              </w:rPr>
              <w:t xml:space="preserve">: </w:t>
            </w:r>
          </w:p>
        </w:tc>
        <w:tc>
          <w:tcPr>
            <w:tcW w:w="7920" w:type="dxa"/>
            <w:gridSpan w:val="12"/>
            <w:vAlign w:val="center"/>
          </w:tcPr>
          <w:p w:rsidR="00AA21A8" w:rsidRPr="00AA21A8" w:rsidRDefault="00AA21A8" w:rsidP="00AA21A8">
            <w:pPr>
              <w:spacing w:after="0" w:line="240" w:lineRule="auto"/>
              <w:ind w:right="-6878"/>
              <w:rPr>
                <w:rFonts w:eastAsia="Times New Roman" w:cs="Times New Roman"/>
                <w:sz w:val="20"/>
                <w:szCs w:val="24"/>
                <w:lang w:val="el-GR" w:eastAsia="el-GR"/>
              </w:rPr>
            </w:pPr>
          </w:p>
        </w:tc>
      </w:tr>
      <w:tr w:rsidR="00AA21A8" w:rsidRPr="00AA21A8" w:rsidTr="009718B4">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rsidR="00AA21A8" w:rsidRPr="00AA21A8" w:rsidRDefault="00AA21A8" w:rsidP="00AA21A8">
            <w:pPr>
              <w:spacing w:before="240" w:after="0" w:line="240" w:lineRule="auto"/>
              <w:rPr>
                <w:rFonts w:eastAsia="Times New Roman" w:cs="Times New Roman"/>
                <w:sz w:val="16"/>
                <w:szCs w:val="24"/>
                <w:lang w:val="el-GR" w:eastAsia="el-GR"/>
              </w:rPr>
            </w:pPr>
            <w:r w:rsidRPr="00AA21A8">
              <w:rPr>
                <w:rFonts w:eastAsia="Times New Roman" w:cs="Times New Roman"/>
                <w:sz w:val="16"/>
                <w:szCs w:val="24"/>
                <w:lang w:val="el-GR" w:eastAsia="el-GR"/>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rsidR="00AA21A8" w:rsidRPr="00AA21A8" w:rsidRDefault="00AA21A8" w:rsidP="00AA21A8">
            <w:pPr>
              <w:spacing w:after="0" w:line="240" w:lineRule="auto"/>
              <w:ind w:right="-6878"/>
              <w:rPr>
                <w:rFonts w:ascii="Courier New" w:eastAsia="Times New Roman" w:hAnsi="Courier New" w:cs="Times New Roman"/>
                <w:b/>
                <w:sz w:val="20"/>
                <w:szCs w:val="24"/>
                <w:lang w:val="el-GR" w:eastAsia="el-GR"/>
              </w:rPr>
            </w:pPr>
          </w:p>
        </w:tc>
      </w:tr>
      <w:tr w:rsidR="00AA21A8" w:rsidRPr="00AA21A8" w:rsidTr="009718B4">
        <w:trPr>
          <w:gridAfter w:val="1"/>
          <w:wAfter w:w="6" w:type="dxa"/>
          <w:cantSplit/>
        </w:trPr>
        <w:tc>
          <w:tcPr>
            <w:tcW w:w="2448" w:type="dxa"/>
            <w:gridSpan w:val="4"/>
          </w:tcPr>
          <w:p w:rsidR="00AA21A8" w:rsidRPr="00AA21A8" w:rsidRDefault="00AA21A8" w:rsidP="00AA21A8">
            <w:pPr>
              <w:spacing w:before="240" w:after="0" w:line="240" w:lineRule="auto"/>
              <w:rPr>
                <w:rFonts w:eastAsia="Times New Roman" w:cs="Times New Roman"/>
                <w:sz w:val="16"/>
                <w:szCs w:val="24"/>
                <w:lang w:val="el-GR" w:eastAsia="el-GR"/>
              </w:rPr>
            </w:pPr>
            <w:r w:rsidRPr="00AA21A8">
              <w:rPr>
                <w:rFonts w:eastAsia="Times New Roman" w:cs="Times New Roman"/>
                <w:sz w:val="16"/>
                <w:szCs w:val="24"/>
                <w:lang w:val="el-GR" w:eastAsia="el-GR"/>
              </w:rPr>
              <w:t>Αριθμός Δελτίου Ταυτότητας:</w:t>
            </w:r>
          </w:p>
        </w:tc>
        <w:tc>
          <w:tcPr>
            <w:tcW w:w="3029" w:type="dxa"/>
            <w:gridSpan w:val="4"/>
            <w:vAlign w:val="center"/>
          </w:tcPr>
          <w:p w:rsidR="00AA21A8" w:rsidRPr="00AA21A8" w:rsidRDefault="00AA21A8" w:rsidP="00AA21A8">
            <w:pPr>
              <w:spacing w:after="0" w:line="240" w:lineRule="auto"/>
              <w:ind w:right="-6878"/>
              <w:rPr>
                <w:rFonts w:ascii="Courier New" w:eastAsia="Times New Roman" w:hAnsi="Courier New" w:cs="Times New Roman"/>
                <w:b/>
                <w:sz w:val="20"/>
                <w:szCs w:val="24"/>
                <w:lang w:val="el-GR" w:eastAsia="el-GR"/>
              </w:rPr>
            </w:pPr>
          </w:p>
        </w:tc>
        <w:tc>
          <w:tcPr>
            <w:tcW w:w="720" w:type="dxa"/>
            <w:gridSpan w:val="2"/>
          </w:tcPr>
          <w:p w:rsidR="00AA21A8" w:rsidRPr="00AA21A8" w:rsidRDefault="00AA21A8" w:rsidP="00AA21A8">
            <w:pPr>
              <w:spacing w:before="240" w:after="0" w:line="240" w:lineRule="auto"/>
              <w:rPr>
                <w:rFonts w:eastAsia="Times New Roman" w:cs="Times New Roman"/>
                <w:sz w:val="16"/>
                <w:szCs w:val="24"/>
                <w:lang w:val="el-GR" w:eastAsia="el-GR"/>
              </w:rPr>
            </w:pPr>
            <w:proofErr w:type="spellStart"/>
            <w:r w:rsidRPr="00AA21A8">
              <w:rPr>
                <w:rFonts w:eastAsia="Times New Roman" w:cs="Times New Roman"/>
                <w:sz w:val="16"/>
                <w:szCs w:val="24"/>
                <w:lang w:val="el-GR" w:eastAsia="el-GR"/>
              </w:rPr>
              <w:t>Τηλ</w:t>
            </w:r>
            <w:proofErr w:type="spellEnd"/>
            <w:r w:rsidRPr="00AA21A8">
              <w:rPr>
                <w:rFonts w:eastAsia="Times New Roman" w:cs="Times New Roman"/>
                <w:sz w:val="16"/>
                <w:szCs w:val="24"/>
                <w:lang w:val="el-GR" w:eastAsia="el-GR"/>
              </w:rPr>
              <w:t>:</w:t>
            </w:r>
          </w:p>
        </w:tc>
        <w:tc>
          <w:tcPr>
            <w:tcW w:w="4171" w:type="dxa"/>
            <w:gridSpan w:val="6"/>
            <w:vAlign w:val="center"/>
          </w:tcPr>
          <w:p w:rsidR="00AA21A8" w:rsidRPr="00AA21A8" w:rsidRDefault="00AA21A8" w:rsidP="00AA21A8">
            <w:pPr>
              <w:spacing w:after="0" w:line="240" w:lineRule="auto"/>
              <w:ind w:right="-6878"/>
              <w:rPr>
                <w:rFonts w:ascii="Courier New" w:eastAsia="Times New Roman" w:hAnsi="Courier New" w:cs="Times New Roman"/>
                <w:b/>
                <w:sz w:val="20"/>
                <w:szCs w:val="24"/>
                <w:lang w:val="el-GR" w:eastAsia="el-GR"/>
              </w:rPr>
            </w:pPr>
          </w:p>
        </w:tc>
      </w:tr>
      <w:tr w:rsidR="00AA21A8" w:rsidRPr="00AA21A8" w:rsidTr="009718B4">
        <w:trPr>
          <w:gridAfter w:val="1"/>
          <w:wAfter w:w="6" w:type="dxa"/>
          <w:cantSplit/>
        </w:trPr>
        <w:tc>
          <w:tcPr>
            <w:tcW w:w="1697" w:type="dxa"/>
            <w:gridSpan w:val="2"/>
          </w:tcPr>
          <w:p w:rsidR="00AA21A8" w:rsidRPr="00AA21A8" w:rsidRDefault="00AA21A8" w:rsidP="00AA21A8">
            <w:pPr>
              <w:spacing w:before="240" w:after="0" w:line="240" w:lineRule="auto"/>
              <w:rPr>
                <w:rFonts w:eastAsia="Times New Roman" w:cs="Times New Roman"/>
                <w:sz w:val="16"/>
                <w:szCs w:val="24"/>
                <w:lang w:val="el-GR" w:eastAsia="el-GR"/>
              </w:rPr>
            </w:pPr>
            <w:r w:rsidRPr="00AA21A8">
              <w:rPr>
                <w:rFonts w:eastAsia="Times New Roman" w:cs="Times New Roman"/>
                <w:sz w:val="16"/>
                <w:szCs w:val="24"/>
                <w:lang w:val="el-GR" w:eastAsia="el-GR"/>
              </w:rPr>
              <w:t>Τόπος Κατοικίας:</w:t>
            </w:r>
          </w:p>
        </w:tc>
        <w:tc>
          <w:tcPr>
            <w:tcW w:w="2380" w:type="dxa"/>
            <w:gridSpan w:val="3"/>
            <w:vAlign w:val="center"/>
          </w:tcPr>
          <w:p w:rsidR="00AA21A8" w:rsidRPr="00AA21A8" w:rsidRDefault="00AA21A8" w:rsidP="00AA21A8">
            <w:pPr>
              <w:spacing w:after="0" w:line="240" w:lineRule="auto"/>
              <w:ind w:right="-6878"/>
              <w:rPr>
                <w:rFonts w:eastAsia="Times New Roman" w:cs="Times New Roman"/>
                <w:sz w:val="20"/>
                <w:szCs w:val="24"/>
                <w:lang w:val="el-GR" w:eastAsia="el-GR"/>
              </w:rPr>
            </w:pPr>
          </w:p>
        </w:tc>
        <w:tc>
          <w:tcPr>
            <w:tcW w:w="709" w:type="dxa"/>
          </w:tcPr>
          <w:p w:rsidR="00AA21A8" w:rsidRPr="00AA21A8" w:rsidRDefault="00AA21A8" w:rsidP="00AA21A8">
            <w:pPr>
              <w:spacing w:before="240" w:after="0" w:line="240" w:lineRule="auto"/>
              <w:rPr>
                <w:rFonts w:eastAsia="Times New Roman" w:cs="Times New Roman"/>
                <w:sz w:val="16"/>
                <w:szCs w:val="24"/>
                <w:lang w:val="el-GR" w:eastAsia="el-GR"/>
              </w:rPr>
            </w:pPr>
            <w:r w:rsidRPr="00AA21A8">
              <w:rPr>
                <w:rFonts w:eastAsia="Times New Roman" w:cs="Times New Roman"/>
                <w:sz w:val="16"/>
                <w:szCs w:val="24"/>
                <w:lang w:val="el-GR" w:eastAsia="el-GR"/>
              </w:rPr>
              <w:t>Οδός:</w:t>
            </w:r>
          </w:p>
        </w:tc>
        <w:tc>
          <w:tcPr>
            <w:tcW w:w="2491" w:type="dxa"/>
            <w:gridSpan w:val="6"/>
            <w:vAlign w:val="center"/>
          </w:tcPr>
          <w:p w:rsidR="00AA21A8" w:rsidRPr="00AA21A8" w:rsidRDefault="00AA21A8" w:rsidP="00AA21A8">
            <w:pPr>
              <w:spacing w:after="0" w:line="240" w:lineRule="auto"/>
              <w:ind w:right="-6878"/>
              <w:rPr>
                <w:rFonts w:eastAsia="Times New Roman" w:cs="Times New Roman"/>
                <w:sz w:val="20"/>
                <w:szCs w:val="24"/>
                <w:lang w:val="el-GR" w:eastAsia="el-GR"/>
              </w:rPr>
            </w:pPr>
          </w:p>
        </w:tc>
        <w:tc>
          <w:tcPr>
            <w:tcW w:w="720" w:type="dxa"/>
          </w:tcPr>
          <w:p w:rsidR="00AA21A8" w:rsidRPr="00AA21A8" w:rsidRDefault="00AA21A8" w:rsidP="00AA21A8">
            <w:pPr>
              <w:spacing w:before="240" w:after="0" w:line="240" w:lineRule="auto"/>
              <w:rPr>
                <w:rFonts w:eastAsia="Times New Roman" w:cs="Times New Roman"/>
                <w:sz w:val="16"/>
                <w:szCs w:val="24"/>
                <w:lang w:val="el-GR" w:eastAsia="el-GR"/>
              </w:rPr>
            </w:pPr>
            <w:proofErr w:type="spellStart"/>
            <w:r w:rsidRPr="00AA21A8">
              <w:rPr>
                <w:rFonts w:eastAsia="Times New Roman" w:cs="Times New Roman"/>
                <w:sz w:val="16"/>
                <w:szCs w:val="24"/>
                <w:lang w:val="el-GR" w:eastAsia="el-GR"/>
              </w:rPr>
              <w:t>Αριθ</w:t>
            </w:r>
            <w:proofErr w:type="spellEnd"/>
            <w:r w:rsidRPr="00AA21A8">
              <w:rPr>
                <w:rFonts w:eastAsia="Times New Roman" w:cs="Times New Roman"/>
                <w:sz w:val="16"/>
                <w:szCs w:val="24"/>
                <w:lang w:val="el-GR" w:eastAsia="el-GR"/>
              </w:rPr>
              <w:t>:</w:t>
            </w:r>
          </w:p>
        </w:tc>
        <w:tc>
          <w:tcPr>
            <w:tcW w:w="540" w:type="dxa"/>
            <w:vAlign w:val="center"/>
          </w:tcPr>
          <w:p w:rsidR="00AA21A8" w:rsidRPr="00AA21A8" w:rsidRDefault="00AA21A8" w:rsidP="00AA21A8">
            <w:pPr>
              <w:spacing w:after="0" w:line="240" w:lineRule="auto"/>
              <w:ind w:right="-6878"/>
              <w:rPr>
                <w:rFonts w:eastAsia="Times New Roman" w:cs="Times New Roman"/>
                <w:sz w:val="20"/>
                <w:szCs w:val="24"/>
                <w:lang w:val="el-GR" w:eastAsia="el-GR"/>
              </w:rPr>
            </w:pPr>
          </w:p>
        </w:tc>
        <w:tc>
          <w:tcPr>
            <w:tcW w:w="540" w:type="dxa"/>
          </w:tcPr>
          <w:p w:rsidR="00AA21A8" w:rsidRPr="00AA21A8" w:rsidRDefault="00AA21A8" w:rsidP="00AA21A8">
            <w:pPr>
              <w:spacing w:before="240" w:after="0" w:line="240" w:lineRule="auto"/>
              <w:rPr>
                <w:rFonts w:eastAsia="Times New Roman" w:cs="Times New Roman"/>
                <w:sz w:val="16"/>
                <w:szCs w:val="24"/>
                <w:lang w:val="el-GR" w:eastAsia="el-GR"/>
              </w:rPr>
            </w:pPr>
            <w:r w:rsidRPr="00AA21A8">
              <w:rPr>
                <w:rFonts w:eastAsia="Times New Roman" w:cs="Times New Roman"/>
                <w:sz w:val="16"/>
                <w:szCs w:val="24"/>
                <w:lang w:val="el-GR" w:eastAsia="el-GR"/>
              </w:rPr>
              <w:t>ΤΚ:</w:t>
            </w:r>
          </w:p>
        </w:tc>
        <w:tc>
          <w:tcPr>
            <w:tcW w:w="1291" w:type="dxa"/>
            <w:vAlign w:val="center"/>
          </w:tcPr>
          <w:p w:rsidR="00AA21A8" w:rsidRPr="00AA21A8" w:rsidRDefault="00AA21A8" w:rsidP="00AA21A8">
            <w:pPr>
              <w:spacing w:after="0" w:line="240" w:lineRule="auto"/>
              <w:ind w:right="-6878"/>
              <w:rPr>
                <w:rFonts w:eastAsia="Times New Roman" w:cs="Times New Roman"/>
                <w:sz w:val="20"/>
                <w:szCs w:val="24"/>
                <w:lang w:val="el-GR" w:eastAsia="el-GR"/>
              </w:rPr>
            </w:pPr>
          </w:p>
        </w:tc>
      </w:tr>
      <w:tr w:rsidR="00AA21A8" w:rsidRPr="005D6EB4" w:rsidTr="009718B4">
        <w:trPr>
          <w:cantSplit/>
          <w:trHeight w:val="520"/>
        </w:trPr>
        <w:tc>
          <w:tcPr>
            <w:tcW w:w="2355" w:type="dxa"/>
            <w:gridSpan w:val="3"/>
            <w:vAlign w:val="bottom"/>
          </w:tcPr>
          <w:p w:rsidR="00AA21A8" w:rsidRPr="00AA21A8" w:rsidRDefault="00AA21A8" w:rsidP="00AA21A8">
            <w:pPr>
              <w:spacing w:before="240" w:after="0" w:line="240" w:lineRule="auto"/>
              <w:rPr>
                <w:rFonts w:eastAsia="Times New Roman" w:cs="Times New Roman"/>
                <w:sz w:val="16"/>
                <w:szCs w:val="24"/>
                <w:lang w:val="el-GR" w:eastAsia="el-GR"/>
              </w:rPr>
            </w:pPr>
            <w:r w:rsidRPr="00AA21A8">
              <w:rPr>
                <w:rFonts w:eastAsia="Times New Roman" w:cs="Times New Roman"/>
                <w:sz w:val="16"/>
                <w:szCs w:val="24"/>
                <w:lang w:val="el-GR" w:eastAsia="el-GR"/>
              </w:rPr>
              <w:t xml:space="preserve">Αρ. </w:t>
            </w:r>
            <w:proofErr w:type="spellStart"/>
            <w:r w:rsidRPr="00AA21A8">
              <w:rPr>
                <w:rFonts w:eastAsia="Times New Roman" w:cs="Times New Roman"/>
                <w:sz w:val="16"/>
                <w:szCs w:val="24"/>
                <w:lang w:val="el-GR" w:eastAsia="el-GR"/>
              </w:rPr>
              <w:t>Τηλεομοιοτύπου</w:t>
            </w:r>
            <w:proofErr w:type="spellEnd"/>
            <w:r w:rsidRPr="00AA21A8">
              <w:rPr>
                <w:rFonts w:eastAsia="Times New Roman" w:cs="Times New Roman"/>
                <w:sz w:val="16"/>
                <w:szCs w:val="24"/>
                <w:lang w:val="el-GR" w:eastAsia="el-GR"/>
              </w:rPr>
              <w:t xml:space="preserve"> (</w:t>
            </w:r>
            <w:r w:rsidRPr="00AA21A8">
              <w:rPr>
                <w:rFonts w:eastAsia="Times New Roman" w:cs="Times New Roman"/>
                <w:sz w:val="16"/>
                <w:szCs w:val="24"/>
                <w:lang w:eastAsia="el-GR"/>
              </w:rPr>
              <w:t>Fax</w:t>
            </w:r>
            <w:r w:rsidRPr="00AA21A8">
              <w:rPr>
                <w:rFonts w:eastAsia="Times New Roman" w:cs="Times New Roman"/>
                <w:sz w:val="16"/>
                <w:szCs w:val="24"/>
                <w:lang w:val="el-GR" w:eastAsia="el-GR"/>
              </w:rPr>
              <w:t>):</w:t>
            </w:r>
          </w:p>
        </w:tc>
        <w:tc>
          <w:tcPr>
            <w:tcW w:w="3153" w:type="dxa"/>
            <w:gridSpan w:val="6"/>
            <w:vAlign w:val="center"/>
          </w:tcPr>
          <w:p w:rsidR="00AA21A8" w:rsidRPr="00AA21A8" w:rsidRDefault="00AA21A8" w:rsidP="00AA21A8">
            <w:pPr>
              <w:spacing w:after="0" w:line="240" w:lineRule="auto"/>
              <w:ind w:right="-6878"/>
              <w:rPr>
                <w:rFonts w:eastAsia="Times New Roman" w:cs="Times New Roman"/>
                <w:sz w:val="20"/>
                <w:szCs w:val="24"/>
                <w:lang w:val="el-GR" w:eastAsia="el-GR"/>
              </w:rPr>
            </w:pPr>
          </w:p>
        </w:tc>
        <w:tc>
          <w:tcPr>
            <w:tcW w:w="1440" w:type="dxa"/>
            <w:gridSpan w:val="2"/>
            <w:vAlign w:val="bottom"/>
          </w:tcPr>
          <w:p w:rsidR="00AA21A8" w:rsidRPr="00AA21A8" w:rsidRDefault="00AA21A8" w:rsidP="00AA21A8">
            <w:pPr>
              <w:spacing w:after="0" w:line="240" w:lineRule="auto"/>
              <w:rPr>
                <w:rFonts w:eastAsia="Times New Roman" w:cs="Times New Roman"/>
                <w:sz w:val="16"/>
                <w:szCs w:val="24"/>
                <w:lang w:val="el-GR" w:eastAsia="el-GR"/>
              </w:rPr>
            </w:pPr>
            <w:r w:rsidRPr="00AA21A8">
              <w:rPr>
                <w:rFonts w:eastAsia="Times New Roman" w:cs="Times New Roman"/>
                <w:sz w:val="16"/>
                <w:szCs w:val="24"/>
                <w:lang w:val="el-GR" w:eastAsia="el-GR"/>
              </w:rPr>
              <w:t>Δ/νση Ηλεκτρ. Ταχυδρομείου</w:t>
            </w:r>
          </w:p>
          <w:p w:rsidR="00AA21A8" w:rsidRPr="00AA21A8" w:rsidRDefault="00AA21A8" w:rsidP="00AA21A8">
            <w:pPr>
              <w:spacing w:after="0" w:line="240" w:lineRule="auto"/>
              <w:rPr>
                <w:rFonts w:eastAsia="Times New Roman" w:cs="Times New Roman"/>
                <w:sz w:val="16"/>
                <w:szCs w:val="24"/>
                <w:lang w:val="el-GR" w:eastAsia="el-GR"/>
              </w:rPr>
            </w:pPr>
            <w:r w:rsidRPr="00AA21A8">
              <w:rPr>
                <w:rFonts w:eastAsia="Times New Roman" w:cs="Times New Roman"/>
                <w:sz w:val="16"/>
                <w:szCs w:val="24"/>
                <w:lang w:val="el-GR" w:eastAsia="el-GR"/>
              </w:rPr>
              <w:t>(Ε-</w:t>
            </w:r>
            <w:r w:rsidRPr="00AA21A8">
              <w:rPr>
                <w:rFonts w:eastAsia="Times New Roman" w:cs="Times New Roman"/>
                <w:sz w:val="16"/>
                <w:szCs w:val="24"/>
                <w:lang w:eastAsia="el-GR"/>
              </w:rPr>
              <w:t>mail</w:t>
            </w:r>
            <w:r w:rsidRPr="00AA21A8">
              <w:rPr>
                <w:rFonts w:eastAsia="Times New Roman" w:cs="Times New Roman"/>
                <w:sz w:val="16"/>
                <w:szCs w:val="24"/>
                <w:lang w:val="el-GR" w:eastAsia="el-GR"/>
              </w:rPr>
              <w:t>):</w:t>
            </w:r>
          </w:p>
        </w:tc>
        <w:tc>
          <w:tcPr>
            <w:tcW w:w="3426" w:type="dxa"/>
            <w:gridSpan w:val="6"/>
            <w:vAlign w:val="center"/>
          </w:tcPr>
          <w:p w:rsidR="00AA21A8" w:rsidRPr="00AA21A8" w:rsidRDefault="00AA21A8" w:rsidP="00AA21A8">
            <w:pPr>
              <w:spacing w:after="0" w:line="240" w:lineRule="auto"/>
              <w:ind w:right="-6878"/>
              <w:rPr>
                <w:rFonts w:ascii="Courier New" w:eastAsia="Times New Roman" w:hAnsi="Courier New" w:cs="Times New Roman"/>
                <w:b/>
                <w:sz w:val="20"/>
                <w:szCs w:val="24"/>
                <w:lang w:val="el-GR" w:eastAsia="el-GR"/>
              </w:rPr>
            </w:pPr>
          </w:p>
        </w:tc>
      </w:tr>
    </w:tbl>
    <w:p w:rsidR="00AA21A8" w:rsidRPr="00AA21A8" w:rsidRDefault="00AA21A8" w:rsidP="00AA21A8">
      <w:pPr>
        <w:spacing w:after="0" w:line="240" w:lineRule="auto"/>
        <w:rPr>
          <w:rFonts w:eastAsia="Times New Roman" w:cs="Times New Roman"/>
          <w:b/>
          <w:sz w:val="28"/>
          <w:szCs w:val="24"/>
          <w:lang w:val="el-GR"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20"/>
      </w:tblGrid>
      <w:tr w:rsidR="00BC02DF" w:rsidRPr="005D6EB4" w:rsidTr="009718B4">
        <w:tc>
          <w:tcPr>
            <w:tcW w:w="10420" w:type="dxa"/>
            <w:tcBorders>
              <w:top w:val="nil"/>
              <w:left w:val="nil"/>
              <w:bottom w:val="nil"/>
              <w:right w:val="nil"/>
            </w:tcBorders>
          </w:tcPr>
          <w:p w:rsidR="00BC02DF" w:rsidRPr="00AA21A8" w:rsidRDefault="00BC02DF" w:rsidP="009718B4">
            <w:pPr>
              <w:spacing w:after="0" w:line="240" w:lineRule="auto"/>
              <w:ind w:right="124"/>
              <w:rPr>
                <w:rFonts w:eastAsia="Times New Roman" w:cs="Times New Roman"/>
                <w:szCs w:val="24"/>
                <w:lang w:val="el-GR" w:eastAsia="el-GR"/>
              </w:rPr>
            </w:pPr>
          </w:p>
          <w:p w:rsidR="00BC02DF" w:rsidRPr="00AA21A8" w:rsidRDefault="00BC02DF" w:rsidP="009718B4">
            <w:pPr>
              <w:spacing w:after="0" w:line="240" w:lineRule="auto"/>
              <w:ind w:right="124"/>
              <w:rPr>
                <w:rFonts w:eastAsia="Times New Roman" w:cs="Times New Roman"/>
                <w:szCs w:val="24"/>
                <w:lang w:val="el-GR" w:eastAsia="el-GR"/>
              </w:rPr>
            </w:pPr>
            <w:r w:rsidRPr="00AA21A8">
              <w:rPr>
                <w:rFonts w:eastAsia="Times New Roman" w:cs="Times New Roman"/>
                <w:szCs w:val="24"/>
                <w:lang w:val="el-GR" w:eastAsia="el-GR"/>
              </w:rPr>
              <w:t xml:space="preserve">Με ατομική μου ευθύνη και γνωρίζοντας τις κυρώσεις </w:t>
            </w:r>
            <w:r w:rsidRPr="00AA21A8">
              <w:rPr>
                <w:rFonts w:eastAsia="Times New Roman" w:cs="Times New Roman"/>
                <w:szCs w:val="24"/>
                <w:vertAlign w:val="superscript"/>
                <w:lang w:val="el-GR" w:eastAsia="el-GR"/>
              </w:rPr>
              <w:t>(3)</w:t>
            </w:r>
            <w:r w:rsidRPr="00AA21A8">
              <w:rPr>
                <w:rFonts w:eastAsia="Times New Roman" w:cs="Times New Roman"/>
                <w:szCs w:val="24"/>
                <w:lang w:val="el-GR" w:eastAsia="el-GR"/>
              </w:rPr>
              <w:t>, που προβλέπονται από της διατάξεις της παρ. 6 του άρθρου 22 του Ν. 1599/1986, δηλώνω ότι:</w:t>
            </w:r>
          </w:p>
        </w:tc>
      </w:tr>
      <w:tr w:rsidR="00BC02DF" w:rsidRPr="005D6EB4" w:rsidTr="009718B4">
        <w:tc>
          <w:tcPr>
            <w:tcW w:w="10420" w:type="dxa"/>
            <w:tcBorders>
              <w:top w:val="nil"/>
              <w:left w:val="nil"/>
              <w:bottom w:val="dashed" w:sz="4" w:space="0" w:color="auto"/>
              <w:right w:val="nil"/>
            </w:tcBorders>
          </w:tcPr>
          <w:tbl>
            <w:tblP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5"/>
            </w:tblGrid>
            <w:tr w:rsidR="00BC02DF" w:rsidRPr="005D6EB4" w:rsidTr="009718B4">
              <w:trPr>
                <w:trHeight w:val="349"/>
              </w:trPr>
              <w:tc>
                <w:tcPr>
                  <w:tcW w:w="10495" w:type="dxa"/>
                  <w:tcBorders>
                    <w:top w:val="nil"/>
                    <w:left w:val="nil"/>
                    <w:bottom w:val="dashed" w:sz="4" w:space="0" w:color="auto"/>
                    <w:right w:val="nil"/>
                  </w:tcBorders>
                </w:tcPr>
                <w:p w:rsidR="00BC02DF" w:rsidRPr="00AA21A8" w:rsidRDefault="00BC02DF" w:rsidP="009718B4">
                  <w:pPr>
                    <w:spacing w:before="60" w:after="0" w:line="240" w:lineRule="auto"/>
                    <w:ind w:right="125"/>
                    <w:rPr>
                      <w:rFonts w:eastAsia="Times New Roman" w:cs="Arial"/>
                      <w:sz w:val="20"/>
                      <w:szCs w:val="20"/>
                      <w:lang w:val="el-GR" w:eastAsia="el-GR"/>
                    </w:rPr>
                  </w:pPr>
                  <w:r w:rsidRPr="00AA21A8">
                    <w:rPr>
                      <w:rFonts w:eastAsia="Times New Roman" w:cs="Arial"/>
                      <w:sz w:val="20"/>
                      <w:szCs w:val="20"/>
                      <w:lang w:val="el-GR" w:eastAsia="el-GR"/>
                    </w:rPr>
                    <w:t xml:space="preserve">α. Δεν υφίσταται σχέση εργασίας ή έργου μεταξύ εμού και του Δήμου Λαμιέων και ως εκ τούτου ουδεμία απαίτηση </w:t>
                  </w:r>
                </w:p>
              </w:tc>
            </w:tr>
            <w:tr w:rsidR="00BC02DF" w:rsidRPr="005D6EB4" w:rsidTr="009718B4">
              <w:trPr>
                <w:trHeight w:val="334"/>
              </w:trPr>
              <w:tc>
                <w:tcPr>
                  <w:tcW w:w="10495" w:type="dxa"/>
                  <w:tcBorders>
                    <w:top w:val="dashed" w:sz="4" w:space="0" w:color="auto"/>
                    <w:left w:val="nil"/>
                    <w:bottom w:val="dashed" w:sz="4" w:space="0" w:color="auto"/>
                    <w:right w:val="nil"/>
                  </w:tcBorders>
                </w:tcPr>
                <w:p w:rsidR="00BC02DF" w:rsidRPr="00AA21A8" w:rsidRDefault="00BC02DF" w:rsidP="009718B4">
                  <w:pPr>
                    <w:spacing w:before="60" w:after="0" w:line="240" w:lineRule="auto"/>
                    <w:ind w:right="125"/>
                    <w:rPr>
                      <w:rFonts w:eastAsia="Times New Roman" w:cs="Arial"/>
                      <w:sz w:val="20"/>
                      <w:szCs w:val="20"/>
                      <w:lang w:val="el-GR" w:eastAsia="el-GR"/>
                    </w:rPr>
                  </w:pPr>
                  <w:r w:rsidRPr="00AA21A8">
                    <w:rPr>
                      <w:rFonts w:eastAsia="Times New Roman" w:cs="Arial"/>
                      <w:sz w:val="20"/>
                      <w:szCs w:val="20"/>
                      <w:lang w:val="el-GR" w:eastAsia="el-GR"/>
                    </w:rPr>
                    <w:t>ή δικαίωμα έχω έναντι αυτού, καθώς και απαίτηση χρηματικής ή άλλης αποζημίωσης.</w:t>
                  </w:r>
                </w:p>
              </w:tc>
            </w:tr>
            <w:tr w:rsidR="00BC02DF" w:rsidRPr="005D6EB4" w:rsidTr="009718B4">
              <w:trPr>
                <w:trHeight w:val="334"/>
              </w:trPr>
              <w:tc>
                <w:tcPr>
                  <w:tcW w:w="10495" w:type="dxa"/>
                  <w:tcBorders>
                    <w:top w:val="dashed" w:sz="4" w:space="0" w:color="auto"/>
                    <w:left w:val="nil"/>
                    <w:bottom w:val="dashed" w:sz="4" w:space="0" w:color="auto"/>
                    <w:right w:val="nil"/>
                  </w:tcBorders>
                </w:tcPr>
                <w:p w:rsidR="00BC02DF" w:rsidRPr="00AA21A8" w:rsidRDefault="00BC02DF" w:rsidP="009718B4">
                  <w:pPr>
                    <w:spacing w:before="60" w:after="0" w:line="240" w:lineRule="auto"/>
                    <w:ind w:right="125"/>
                    <w:rPr>
                      <w:rFonts w:eastAsia="Times New Roman" w:cs="Arial"/>
                      <w:sz w:val="20"/>
                      <w:szCs w:val="20"/>
                      <w:lang w:val="el-GR" w:eastAsia="el-GR"/>
                    </w:rPr>
                  </w:pPr>
                  <w:r w:rsidRPr="00AA21A8">
                    <w:rPr>
                      <w:rFonts w:eastAsia="Times New Roman" w:cs="Arial"/>
                      <w:sz w:val="20"/>
                      <w:szCs w:val="20"/>
                      <w:lang w:val="el-GR" w:eastAsia="el-GR"/>
                    </w:rPr>
                    <w:t xml:space="preserve">β. Στις εργασίες στις οποίες συμμετέχω εθελοντικά ο Δήμος θα μπορεί να αναγράφει το όνομά μου εφόσον το  </w:t>
                  </w:r>
                </w:p>
              </w:tc>
            </w:tr>
            <w:tr w:rsidR="00BC02DF" w:rsidRPr="005D6EB4" w:rsidTr="009718B4">
              <w:trPr>
                <w:trHeight w:val="319"/>
              </w:trPr>
              <w:tc>
                <w:tcPr>
                  <w:tcW w:w="10495" w:type="dxa"/>
                  <w:tcBorders>
                    <w:top w:val="dashed" w:sz="4" w:space="0" w:color="auto"/>
                    <w:left w:val="nil"/>
                    <w:bottom w:val="dashed" w:sz="4" w:space="0" w:color="auto"/>
                    <w:right w:val="nil"/>
                  </w:tcBorders>
                </w:tcPr>
                <w:p w:rsidR="00BC02DF" w:rsidRPr="00AA21A8" w:rsidRDefault="00BC02DF" w:rsidP="009718B4">
                  <w:pPr>
                    <w:spacing w:before="60" w:after="0" w:line="240" w:lineRule="auto"/>
                    <w:ind w:right="125"/>
                    <w:rPr>
                      <w:rFonts w:eastAsia="Times New Roman" w:cs="Arial"/>
                      <w:sz w:val="20"/>
                      <w:szCs w:val="20"/>
                      <w:lang w:val="el-GR" w:eastAsia="el-GR"/>
                    </w:rPr>
                  </w:pPr>
                  <w:r w:rsidRPr="00AA21A8">
                    <w:rPr>
                      <w:rFonts w:eastAsia="Times New Roman" w:cs="Arial"/>
                      <w:sz w:val="20"/>
                      <w:szCs w:val="20"/>
                      <w:lang w:val="el-GR" w:eastAsia="el-GR"/>
                    </w:rPr>
                    <w:t>επιθυμώ και μετά από δήλωσή μου.</w:t>
                  </w:r>
                </w:p>
              </w:tc>
            </w:tr>
            <w:tr w:rsidR="00BC02DF" w:rsidRPr="005D6EB4" w:rsidTr="009718B4">
              <w:trPr>
                <w:trHeight w:val="334"/>
              </w:trPr>
              <w:tc>
                <w:tcPr>
                  <w:tcW w:w="10495" w:type="dxa"/>
                  <w:tcBorders>
                    <w:top w:val="dashed" w:sz="4" w:space="0" w:color="auto"/>
                    <w:left w:val="nil"/>
                    <w:bottom w:val="dashed" w:sz="4" w:space="0" w:color="auto"/>
                    <w:right w:val="nil"/>
                  </w:tcBorders>
                </w:tcPr>
                <w:p w:rsidR="00BC02DF" w:rsidRPr="00AA21A8" w:rsidRDefault="00BC02DF" w:rsidP="009718B4">
                  <w:pPr>
                    <w:spacing w:before="60" w:after="0" w:line="240" w:lineRule="auto"/>
                    <w:ind w:right="125"/>
                    <w:rPr>
                      <w:rFonts w:eastAsia="Times New Roman" w:cs="Arial"/>
                      <w:sz w:val="20"/>
                      <w:szCs w:val="20"/>
                      <w:lang w:val="el-GR" w:eastAsia="el-GR"/>
                    </w:rPr>
                  </w:pPr>
                  <w:r w:rsidRPr="00AA21A8">
                    <w:rPr>
                      <w:rFonts w:eastAsia="Times New Roman" w:cs="Arial"/>
                      <w:sz w:val="20"/>
                      <w:szCs w:val="20"/>
                      <w:lang w:val="el-GR" w:eastAsia="el-GR"/>
                    </w:rPr>
                    <w:t xml:space="preserve">γ. Μετά το πέρας της εθελοντικής μου εργασίας υποχρεούμαι να επιστρέφω τυχόν υλικό που μου έχει δοθεί στον </w:t>
                  </w:r>
                </w:p>
              </w:tc>
            </w:tr>
            <w:tr w:rsidR="00BC02DF" w:rsidRPr="00AA21A8" w:rsidTr="009718B4">
              <w:trPr>
                <w:trHeight w:val="334"/>
              </w:trPr>
              <w:tc>
                <w:tcPr>
                  <w:tcW w:w="10495" w:type="dxa"/>
                  <w:tcBorders>
                    <w:top w:val="dashed" w:sz="4" w:space="0" w:color="auto"/>
                    <w:left w:val="nil"/>
                    <w:bottom w:val="dashed" w:sz="4" w:space="0" w:color="auto"/>
                    <w:right w:val="nil"/>
                  </w:tcBorders>
                </w:tcPr>
                <w:p w:rsidR="00BC02DF" w:rsidRPr="00AA21A8" w:rsidRDefault="00BC02DF" w:rsidP="009718B4">
                  <w:pPr>
                    <w:spacing w:before="60" w:after="0" w:line="240" w:lineRule="auto"/>
                    <w:ind w:right="125"/>
                    <w:rPr>
                      <w:rFonts w:eastAsia="Times New Roman" w:cs="Arial"/>
                      <w:sz w:val="20"/>
                      <w:szCs w:val="20"/>
                      <w:lang w:val="el-GR" w:eastAsia="el-GR"/>
                    </w:rPr>
                  </w:pPr>
                  <w:r w:rsidRPr="00AA21A8">
                    <w:rPr>
                      <w:rFonts w:eastAsia="Times New Roman" w:cs="Arial"/>
                      <w:sz w:val="20"/>
                      <w:szCs w:val="20"/>
                      <w:lang w:val="el-GR" w:eastAsia="el-GR"/>
                    </w:rPr>
                    <w:t>Δήμο.</w:t>
                  </w:r>
                </w:p>
              </w:tc>
            </w:tr>
            <w:tr w:rsidR="00BC02DF" w:rsidRPr="005D6EB4" w:rsidTr="009718B4">
              <w:trPr>
                <w:trHeight w:val="334"/>
              </w:trPr>
              <w:tc>
                <w:tcPr>
                  <w:tcW w:w="10495" w:type="dxa"/>
                  <w:tcBorders>
                    <w:top w:val="dashed" w:sz="4" w:space="0" w:color="auto"/>
                    <w:left w:val="nil"/>
                    <w:bottom w:val="dashed" w:sz="4" w:space="0" w:color="auto"/>
                    <w:right w:val="nil"/>
                  </w:tcBorders>
                </w:tcPr>
                <w:p w:rsidR="00BC02DF" w:rsidRPr="00AA21A8" w:rsidRDefault="00BC02DF" w:rsidP="009718B4">
                  <w:pPr>
                    <w:spacing w:before="60" w:after="0" w:line="240" w:lineRule="auto"/>
                    <w:ind w:right="125"/>
                    <w:rPr>
                      <w:rFonts w:eastAsia="Times New Roman" w:cs="Arial"/>
                      <w:sz w:val="20"/>
                      <w:szCs w:val="20"/>
                      <w:lang w:val="el-GR" w:eastAsia="el-GR"/>
                    </w:rPr>
                  </w:pPr>
                  <w:r w:rsidRPr="00AA21A8">
                    <w:rPr>
                      <w:rFonts w:eastAsia="Times New Roman" w:cs="Arial"/>
                      <w:sz w:val="20"/>
                      <w:szCs w:val="20"/>
                      <w:lang w:val="el-GR" w:eastAsia="el-GR"/>
                    </w:rPr>
                    <w:t xml:space="preserve">δ. Κατά τη διάρκεια υλοποίησης των εθελοντικών εργασιών που αναλαμβάνω, οφείλω να τηρώ τα χρονικά                  </w:t>
                  </w:r>
                </w:p>
              </w:tc>
            </w:tr>
            <w:tr w:rsidR="00BC02DF" w:rsidRPr="005D6EB4" w:rsidTr="009718B4">
              <w:trPr>
                <w:trHeight w:val="349"/>
              </w:trPr>
              <w:tc>
                <w:tcPr>
                  <w:tcW w:w="10495" w:type="dxa"/>
                  <w:tcBorders>
                    <w:top w:val="dashed" w:sz="4" w:space="0" w:color="auto"/>
                    <w:left w:val="nil"/>
                    <w:bottom w:val="dashed" w:sz="4" w:space="0" w:color="auto"/>
                    <w:right w:val="nil"/>
                  </w:tcBorders>
                </w:tcPr>
                <w:p w:rsidR="00BC02DF" w:rsidRPr="00AA21A8" w:rsidRDefault="00BC02DF" w:rsidP="009718B4">
                  <w:pPr>
                    <w:spacing w:before="60" w:after="0" w:line="240" w:lineRule="auto"/>
                    <w:ind w:right="125"/>
                    <w:rPr>
                      <w:rFonts w:eastAsia="Times New Roman" w:cs="Arial"/>
                      <w:sz w:val="20"/>
                      <w:szCs w:val="20"/>
                      <w:lang w:val="el-GR" w:eastAsia="el-GR"/>
                    </w:rPr>
                  </w:pPr>
                  <w:r w:rsidRPr="00AA21A8">
                    <w:rPr>
                      <w:rFonts w:eastAsia="Times New Roman" w:cs="Arial"/>
                      <w:sz w:val="20"/>
                      <w:szCs w:val="20"/>
                      <w:lang w:val="el-GR" w:eastAsia="el-GR"/>
                    </w:rPr>
                    <w:t xml:space="preserve">πλαίσια  που μου έχουν ανατεθεί από την ομάδα και να διατηρώ πνεύμα συνεργασίας. Σε περίπτωση μη τήρησης </w:t>
                  </w:r>
                </w:p>
              </w:tc>
            </w:tr>
          </w:tbl>
          <w:p w:rsidR="00BC02DF" w:rsidRPr="00AA21A8" w:rsidRDefault="00BC02DF" w:rsidP="009718B4">
            <w:pPr>
              <w:spacing w:after="0" w:line="240" w:lineRule="auto"/>
              <w:ind w:right="484"/>
              <w:rPr>
                <w:rFonts w:eastAsia="Times New Roman" w:cs="Arial"/>
                <w:sz w:val="16"/>
                <w:szCs w:val="16"/>
                <w:lang w:val="el-GR" w:eastAsia="el-GR"/>
              </w:rPr>
            </w:pPr>
          </w:p>
          <w:p w:rsidR="00BC02DF" w:rsidRPr="00AA21A8" w:rsidRDefault="00BC02DF" w:rsidP="009718B4">
            <w:pPr>
              <w:spacing w:after="0" w:line="240" w:lineRule="auto"/>
              <w:ind w:right="484"/>
              <w:rPr>
                <w:rFonts w:eastAsia="Times New Roman" w:cs="Arial"/>
                <w:sz w:val="16"/>
                <w:szCs w:val="16"/>
                <w:lang w:val="el-GR" w:eastAsia="el-GR"/>
              </w:rPr>
            </w:pPr>
            <w:r w:rsidRPr="00AA21A8">
              <w:rPr>
                <w:rFonts w:eastAsia="Times New Roman" w:cs="Arial"/>
                <w:sz w:val="20"/>
                <w:szCs w:val="20"/>
                <w:lang w:val="el-GR" w:eastAsia="el-GR"/>
              </w:rPr>
              <w:t xml:space="preserve">  του ομαδικού πνεύματος ο Δήμος έχει το δικαίωμα να με παύσει από τις αρμοδιότητες ή να αφαιρέσει        </w:t>
            </w:r>
            <w:r w:rsidRPr="00AA21A8">
              <w:rPr>
                <w:rFonts w:eastAsia="Times New Roman" w:cs="Arial"/>
                <w:sz w:val="16"/>
                <w:szCs w:val="16"/>
                <w:lang w:val="el-GR" w:eastAsia="el-GR"/>
              </w:rPr>
              <w:t>(4)</w:t>
            </w:r>
          </w:p>
        </w:tc>
      </w:tr>
    </w:tbl>
    <w:p w:rsidR="00BC02DF" w:rsidRPr="00AA21A8" w:rsidRDefault="00BC02DF" w:rsidP="00BC02DF">
      <w:pPr>
        <w:spacing w:after="0" w:line="240" w:lineRule="auto"/>
        <w:rPr>
          <w:rFonts w:ascii="Times New Roman" w:eastAsia="Times New Roman" w:hAnsi="Times New Roman" w:cs="Times New Roman"/>
          <w:sz w:val="24"/>
          <w:szCs w:val="24"/>
          <w:lang w:val="el-GR" w:eastAsia="el-GR"/>
        </w:rPr>
      </w:pPr>
    </w:p>
    <w:p w:rsidR="00BC02DF" w:rsidRPr="00AA21A8" w:rsidRDefault="00BC02DF" w:rsidP="00BC02DF">
      <w:pPr>
        <w:spacing w:after="0" w:line="240" w:lineRule="auto"/>
        <w:ind w:right="484"/>
        <w:jc w:val="right"/>
        <w:rPr>
          <w:rFonts w:eastAsia="Times New Roman" w:cs="Arial"/>
          <w:sz w:val="16"/>
          <w:szCs w:val="16"/>
          <w:lang w:val="el-GR" w:eastAsia="el-GR"/>
        </w:rPr>
      </w:pPr>
      <w:r w:rsidRPr="00AA21A8">
        <w:rPr>
          <w:rFonts w:eastAsia="Times New Roman" w:cs="Arial"/>
          <w:sz w:val="16"/>
          <w:szCs w:val="16"/>
          <w:lang w:val="el-GR" w:eastAsia="el-GR"/>
        </w:rPr>
        <w:t xml:space="preserve">Ημερομηνία:      </w:t>
      </w:r>
      <w:r w:rsidRPr="00AA21A8">
        <w:rPr>
          <w:rFonts w:eastAsia="Times New Roman" w:cs="Arial"/>
          <w:color w:val="000000"/>
          <w:szCs w:val="16"/>
          <w:lang w:val="el-GR" w:eastAsia="el-GR"/>
        </w:rPr>
        <w:t>… /…/ 20…</w:t>
      </w:r>
    </w:p>
    <w:p w:rsidR="00BC02DF" w:rsidRPr="00AA21A8" w:rsidRDefault="00BC02DF" w:rsidP="00BC02DF">
      <w:pPr>
        <w:spacing w:after="0" w:line="240" w:lineRule="auto"/>
        <w:ind w:right="484"/>
        <w:jc w:val="right"/>
        <w:rPr>
          <w:rFonts w:eastAsia="Times New Roman" w:cs="Arial"/>
          <w:sz w:val="16"/>
          <w:szCs w:val="24"/>
          <w:lang w:val="el-GR" w:eastAsia="el-GR"/>
        </w:rPr>
      </w:pPr>
    </w:p>
    <w:p w:rsidR="00BC02DF" w:rsidRPr="00AA21A8" w:rsidRDefault="00BC02DF" w:rsidP="00BC02DF">
      <w:pPr>
        <w:spacing w:after="0" w:line="240" w:lineRule="auto"/>
        <w:ind w:right="484"/>
        <w:jc w:val="right"/>
        <w:rPr>
          <w:rFonts w:eastAsia="Times New Roman" w:cs="Arial"/>
          <w:sz w:val="16"/>
          <w:szCs w:val="24"/>
          <w:lang w:val="el-GR" w:eastAsia="el-GR"/>
        </w:rPr>
      </w:pPr>
      <w:r w:rsidRPr="00AA21A8">
        <w:rPr>
          <w:rFonts w:eastAsia="Times New Roman" w:cs="Arial"/>
          <w:sz w:val="16"/>
          <w:szCs w:val="24"/>
          <w:lang w:val="el-GR" w:eastAsia="el-GR"/>
        </w:rPr>
        <w:t>Ο – Η Δηλών/Δηλούσα</w:t>
      </w:r>
    </w:p>
    <w:p w:rsidR="00BC02DF" w:rsidRPr="00AA21A8" w:rsidRDefault="00BC02DF" w:rsidP="00BC02DF">
      <w:pPr>
        <w:spacing w:after="0" w:line="240" w:lineRule="auto"/>
        <w:jc w:val="right"/>
        <w:rPr>
          <w:rFonts w:eastAsia="Times New Roman" w:cs="Arial"/>
          <w:sz w:val="16"/>
          <w:szCs w:val="24"/>
          <w:lang w:val="el-GR" w:eastAsia="el-GR"/>
        </w:rPr>
      </w:pPr>
    </w:p>
    <w:p w:rsidR="00BC02DF" w:rsidRPr="00AA21A8" w:rsidRDefault="00BC02DF" w:rsidP="00BC02DF">
      <w:pPr>
        <w:spacing w:after="0" w:line="240" w:lineRule="auto"/>
        <w:jc w:val="right"/>
        <w:rPr>
          <w:rFonts w:eastAsia="Times New Roman" w:cs="Arial"/>
          <w:sz w:val="16"/>
          <w:szCs w:val="24"/>
          <w:lang w:val="el-GR" w:eastAsia="el-GR"/>
        </w:rPr>
      </w:pPr>
    </w:p>
    <w:p w:rsidR="00BC02DF" w:rsidRPr="00AA21A8" w:rsidRDefault="00BC02DF" w:rsidP="00BC02DF">
      <w:pPr>
        <w:spacing w:after="0" w:line="240" w:lineRule="auto"/>
        <w:jc w:val="right"/>
        <w:rPr>
          <w:rFonts w:eastAsia="Times New Roman" w:cs="Arial"/>
          <w:sz w:val="16"/>
          <w:szCs w:val="24"/>
          <w:lang w:val="el-GR" w:eastAsia="el-GR"/>
        </w:rPr>
      </w:pPr>
    </w:p>
    <w:p w:rsidR="00BC02DF" w:rsidRPr="00AA21A8" w:rsidRDefault="00BC02DF" w:rsidP="00BC02DF">
      <w:pPr>
        <w:spacing w:after="0" w:line="240" w:lineRule="auto"/>
        <w:jc w:val="right"/>
        <w:rPr>
          <w:rFonts w:eastAsia="Times New Roman" w:cs="Arial"/>
          <w:sz w:val="16"/>
          <w:szCs w:val="24"/>
          <w:lang w:val="el-GR" w:eastAsia="el-GR"/>
        </w:rPr>
      </w:pPr>
    </w:p>
    <w:p w:rsidR="00BC02DF" w:rsidRPr="00AA21A8" w:rsidRDefault="00BC02DF" w:rsidP="00BC02DF">
      <w:pPr>
        <w:spacing w:after="0" w:line="240" w:lineRule="auto"/>
        <w:ind w:right="484"/>
        <w:jc w:val="right"/>
        <w:rPr>
          <w:rFonts w:eastAsia="Times New Roman" w:cs="Arial"/>
          <w:sz w:val="16"/>
          <w:szCs w:val="24"/>
          <w:lang w:val="el-GR" w:eastAsia="el-GR"/>
        </w:rPr>
      </w:pPr>
      <w:r w:rsidRPr="00AA21A8">
        <w:rPr>
          <w:rFonts w:eastAsia="Times New Roman" w:cs="Arial"/>
          <w:sz w:val="16"/>
          <w:szCs w:val="24"/>
          <w:lang w:val="el-GR" w:eastAsia="el-GR"/>
        </w:rPr>
        <w:t>(Υπογραφή)</w:t>
      </w:r>
    </w:p>
    <w:p w:rsidR="00BC02DF" w:rsidRPr="00AA21A8" w:rsidRDefault="00BC02DF" w:rsidP="00BC02DF">
      <w:pPr>
        <w:spacing w:after="0" w:line="240" w:lineRule="auto"/>
        <w:ind w:left="-180"/>
        <w:jc w:val="both"/>
        <w:rPr>
          <w:rFonts w:eastAsia="Times New Roman" w:cs="Arial"/>
          <w:szCs w:val="24"/>
          <w:lang w:val="el-GR" w:eastAsia="el-GR"/>
        </w:rPr>
      </w:pPr>
    </w:p>
    <w:p w:rsidR="00BC02DF" w:rsidRPr="00AA21A8" w:rsidRDefault="00BC02DF" w:rsidP="00BC02DF">
      <w:pPr>
        <w:spacing w:after="0" w:line="240" w:lineRule="auto"/>
        <w:ind w:left="-180"/>
        <w:jc w:val="both"/>
        <w:rPr>
          <w:rFonts w:eastAsia="Times New Roman" w:cs="Arial"/>
          <w:szCs w:val="24"/>
          <w:lang w:val="el-GR" w:eastAsia="el-GR"/>
        </w:rPr>
      </w:pPr>
      <w:r w:rsidRPr="00AA21A8">
        <w:rPr>
          <w:rFonts w:eastAsia="Times New Roman" w:cs="Arial"/>
          <w:szCs w:val="24"/>
          <w:lang w:val="el-GR" w:eastAsia="el-GR"/>
        </w:rPr>
        <w:t>(1) Αναγράφεται από τον ενδιαφερόμενο πολίτη ή Αρχή ή η Υπηρεσία του δημόσιου τομέα, που απευθύνεται η αίτηση.</w:t>
      </w:r>
    </w:p>
    <w:p w:rsidR="00BC02DF" w:rsidRPr="00AA21A8" w:rsidRDefault="00BC02DF" w:rsidP="00BC02DF">
      <w:pPr>
        <w:spacing w:after="0" w:line="240" w:lineRule="auto"/>
        <w:ind w:left="-180"/>
        <w:jc w:val="both"/>
        <w:rPr>
          <w:rFonts w:eastAsia="Times New Roman" w:cs="Arial"/>
          <w:szCs w:val="24"/>
          <w:lang w:val="el-GR" w:eastAsia="el-GR"/>
        </w:rPr>
      </w:pPr>
      <w:r w:rsidRPr="00AA21A8">
        <w:rPr>
          <w:rFonts w:eastAsia="Times New Roman" w:cs="Arial"/>
          <w:szCs w:val="24"/>
          <w:lang w:val="el-GR" w:eastAsia="el-GR"/>
        </w:rPr>
        <w:t xml:space="preserve">(2) Αναγράφεται ολογράφως. </w:t>
      </w:r>
    </w:p>
    <w:p w:rsidR="00BC02DF" w:rsidRPr="00AA21A8" w:rsidRDefault="00BC02DF" w:rsidP="00BC02DF">
      <w:pPr>
        <w:spacing w:after="0" w:line="240" w:lineRule="auto"/>
        <w:ind w:left="-180"/>
        <w:jc w:val="both"/>
        <w:rPr>
          <w:rFonts w:eastAsia="Times New Roman" w:cs="Arial"/>
          <w:szCs w:val="24"/>
          <w:lang w:val="el-GR" w:eastAsia="el-GR"/>
        </w:rPr>
      </w:pPr>
      <w:r w:rsidRPr="00AA21A8">
        <w:rPr>
          <w:rFonts w:eastAsia="Times New Roman" w:cs="Arial"/>
          <w:szCs w:val="24"/>
          <w:lang w:val="el-GR" w:eastAsia="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BC02DF" w:rsidRPr="00AA21A8" w:rsidRDefault="00BC02DF" w:rsidP="008803CB">
      <w:pPr>
        <w:spacing w:after="0" w:line="240" w:lineRule="auto"/>
        <w:ind w:left="-180"/>
        <w:jc w:val="both"/>
        <w:rPr>
          <w:rFonts w:eastAsia="Times New Roman" w:cs="Arial"/>
          <w:szCs w:val="24"/>
          <w:lang w:val="el-GR" w:eastAsia="el-GR"/>
        </w:rPr>
      </w:pPr>
      <w:r w:rsidRPr="00AA21A8">
        <w:rPr>
          <w:rFonts w:eastAsia="Times New Roman" w:cs="Arial"/>
          <w:szCs w:val="24"/>
          <w:lang w:val="el-GR" w:eastAsia="el-GR"/>
        </w:rPr>
        <w:lastRenderedPageBreak/>
        <w:t xml:space="preserve">(4) Σε περίπτωση ανεπάρκειας χώρου η δήλωση συνεχίζεται στην πίσω όψη της και υπογράφεται από τον δηλούντα ή την δηλούσα. </w:t>
      </w:r>
    </w:p>
    <w:tbl>
      <w:tblPr>
        <w:tblW w:w="0" w:type="auto"/>
        <w:tblBorders>
          <w:insideH w:val="dashed" w:sz="4" w:space="0" w:color="auto"/>
        </w:tblBorders>
        <w:tblLayout w:type="fixed"/>
        <w:tblLook w:val="01E0" w:firstRow="1" w:lastRow="1" w:firstColumn="1" w:lastColumn="1" w:noHBand="0" w:noVBand="0"/>
      </w:tblPr>
      <w:tblGrid>
        <w:gridCol w:w="10420"/>
      </w:tblGrid>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r w:rsidRPr="00AA21A8">
              <w:rPr>
                <w:rFonts w:eastAsia="Times New Roman" w:cs="Arial"/>
                <w:sz w:val="20"/>
                <w:szCs w:val="20"/>
                <w:lang w:val="el-GR" w:eastAsia="el-GR"/>
              </w:rPr>
              <w:t>τμήμα των εθελοντικών εργασιών που έχω αναλάβει.</w:t>
            </w:r>
          </w:p>
        </w:tc>
      </w:tr>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r w:rsidRPr="00AA21A8">
              <w:rPr>
                <w:rFonts w:eastAsia="Times New Roman" w:cs="Arial"/>
                <w:sz w:val="20"/>
                <w:szCs w:val="20"/>
                <w:lang w:val="el-GR" w:eastAsia="el-GR"/>
              </w:rPr>
              <w:t>ε. Καμία άλλη απαίτηση δεν έχω έναντι του Δήμου.</w:t>
            </w:r>
          </w:p>
        </w:tc>
      </w:tr>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p>
        </w:tc>
      </w:tr>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p>
        </w:tc>
      </w:tr>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p>
        </w:tc>
      </w:tr>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p>
        </w:tc>
      </w:tr>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p>
        </w:tc>
      </w:tr>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p>
        </w:tc>
      </w:tr>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p>
        </w:tc>
      </w:tr>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p>
        </w:tc>
      </w:tr>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p>
        </w:tc>
      </w:tr>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p>
        </w:tc>
      </w:tr>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p>
        </w:tc>
      </w:tr>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p>
        </w:tc>
      </w:tr>
      <w:tr w:rsidR="00BC02DF" w:rsidRPr="005D6EB4" w:rsidTr="009718B4">
        <w:tc>
          <w:tcPr>
            <w:tcW w:w="10420" w:type="dxa"/>
          </w:tcPr>
          <w:p w:rsidR="00BC02DF" w:rsidRPr="00AA21A8" w:rsidRDefault="00BC02DF" w:rsidP="009718B4">
            <w:pPr>
              <w:spacing w:before="120" w:after="0" w:line="240" w:lineRule="auto"/>
              <w:rPr>
                <w:rFonts w:eastAsia="Times New Roman" w:cs="Arial"/>
                <w:sz w:val="20"/>
                <w:szCs w:val="20"/>
                <w:lang w:val="el-GR" w:eastAsia="el-GR"/>
              </w:rPr>
            </w:pPr>
          </w:p>
        </w:tc>
      </w:tr>
      <w:tr w:rsidR="00BC02DF" w:rsidRPr="005D6EB4" w:rsidTr="009718B4">
        <w:tc>
          <w:tcPr>
            <w:tcW w:w="10420" w:type="dxa"/>
          </w:tcPr>
          <w:p w:rsidR="00BC02DF" w:rsidRPr="00AA21A8" w:rsidRDefault="00BC02DF" w:rsidP="009718B4">
            <w:pPr>
              <w:spacing w:before="120" w:after="0" w:line="240" w:lineRule="auto"/>
              <w:rPr>
                <w:rFonts w:eastAsia="Times New Roman" w:cs="Times New Roman"/>
                <w:sz w:val="20"/>
                <w:szCs w:val="24"/>
                <w:lang w:val="el-GR" w:eastAsia="el-GR"/>
              </w:rPr>
            </w:pPr>
          </w:p>
        </w:tc>
      </w:tr>
    </w:tbl>
    <w:p w:rsidR="00BC02DF" w:rsidRPr="00AA21A8" w:rsidRDefault="00BC02DF" w:rsidP="00BC02DF">
      <w:pPr>
        <w:spacing w:after="0" w:line="240" w:lineRule="auto"/>
        <w:rPr>
          <w:rFonts w:eastAsia="Times New Roman" w:cs="Times New Roman"/>
          <w:sz w:val="20"/>
          <w:szCs w:val="24"/>
          <w:lang w:val="el-GR" w:eastAsia="el-GR"/>
        </w:rPr>
      </w:pPr>
      <w:r w:rsidRPr="00AA21A8">
        <w:rPr>
          <w:rFonts w:eastAsia="Times New Roman" w:cs="Times New Roman"/>
          <w:sz w:val="20"/>
          <w:szCs w:val="24"/>
          <w:lang w:val="el-GR" w:eastAsia="el-GR"/>
        </w:rPr>
        <w:t xml:space="preserve"> </w:t>
      </w:r>
    </w:p>
    <w:p w:rsidR="00BC02DF" w:rsidRPr="00AA21A8" w:rsidRDefault="00BC02DF" w:rsidP="00BC02DF">
      <w:pPr>
        <w:spacing w:after="0" w:line="240" w:lineRule="auto"/>
        <w:ind w:right="423"/>
        <w:jc w:val="right"/>
        <w:rPr>
          <w:rFonts w:eastAsia="Times New Roman" w:cs="Times New Roman"/>
          <w:szCs w:val="24"/>
          <w:lang w:val="el-GR" w:eastAsia="el-GR"/>
        </w:rPr>
      </w:pPr>
      <w:r w:rsidRPr="00AA21A8">
        <w:rPr>
          <w:rFonts w:eastAsia="Times New Roman" w:cs="Times New Roman"/>
          <w:szCs w:val="24"/>
          <w:lang w:val="el-GR" w:eastAsia="el-GR"/>
        </w:rPr>
        <w:t>Ο – Η Δηλών/Δηλούσα</w:t>
      </w:r>
    </w:p>
    <w:p w:rsidR="00BC02DF" w:rsidRPr="00AA21A8" w:rsidRDefault="00BC02DF" w:rsidP="00BC02DF">
      <w:pPr>
        <w:spacing w:after="0" w:line="240" w:lineRule="auto"/>
        <w:ind w:right="423"/>
        <w:jc w:val="right"/>
        <w:rPr>
          <w:rFonts w:eastAsia="Times New Roman" w:cs="Times New Roman"/>
          <w:szCs w:val="24"/>
          <w:lang w:val="el-GR" w:eastAsia="el-GR"/>
        </w:rPr>
      </w:pPr>
    </w:p>
    <w:p w:rsidR="00BC02DF" w:rsidRPr="00AA21A8" w:rsidRDefault="00BC02DF" w:rsidP="00BC02DF">
      <w:pPr>
        <w:spacing w:after="0" w:line="240" w:lineRule="auto"/>
        <w:ind w:right="423"/>
        <w:jc w:val="right"/>
        <w:rPr>
          <w:rFonts w:eastAsia="Times New Roman" w:cs="Times New Roman"/>
          <w:szCs w:val="24"/>
          <w:lang w:val="el-GR" w:eastAsia="el-GR"/>
        </w:rPr>
      </w:pPr>
    </w:p>
    <w:p w:rsidR="00BC02DF" w:rsidRPr="00AA21A8" w:rsidRDefault="00BC02DF" w:rsidP="00BC02DF">
      <w:pPr>
        <w:spacing w:after="0" w:line="240" w:lineRule="auto"/>
        <w:ind w:right="423"/>
        <w:jc w:val="right"/>
        <w:rPr>
          <w:rFonts w:eastAsia="Times New Roman" w:cs="Times New Roman"/>
          <w:szCs w:val="24"/>
          <w:lang w:val="el-GR" w:eastAsia="el-GR"/>
        </w:rPr>
      </w:pPr>
    </w:p>
    <w:p w:rsidR="00BC02DF" w:rsidRPr="00AA21A8" w:rsidRDefault="00BC02DF" w:rsidP="00BC02DF">
      <w:pPr>
        <w:spacing w:after="0" w:line="240" w:lineRule="auto"/>
        <w:ind w:right="423"/>
        <w:jc w:val="right"/>
        <w:rPr>
          <w:rFonts w:eastAsia="Times New Roman" w:cs="Times New Roman"/>
          <w:szCs w:val="24"/>
          <w:lang w:val="el-GR" w:eastAsia="el-GR"/>
        </w:rPr>
      </w:pPr>
    </w:p>
    <w:p w:rsidR="00BC02DF" w:rsidRPr="00AA21A8" w:rsidRDefault="00BC02DF" w:rsidP="00BC02DF">
      <w:pPr>
        <w:spacing w:after="0" w:line="240" w:lineRule="auto"/>
        <w:ind w:right="423"/>
        <w:jc w:val="right"/>
        <w:rPr>
          <w:rFonts w:eastAsia="Times New Roman" w:cs="Times New Roman"/>
          <w:szCs w:val="24"/>
          <w:lang w:val="el-GR" w:eastAsia="el-GR"/>
        </w:rPr>
      </w:pPr>
    </w:p>
    <w:p w:rsidR="00BC02DF" w:rsidRPr="00AA21A8" w:rsidRDefault="00BC02DF" w:rsidP="00BC02DF">
      <w:pPr>
        <w:spacing w:after="0" w:line="240" w:lineRule="auto"/>
        <w:ind w:right="423"/>
        <w:jc w:val="right"/>
        <w:rPr>
          <w:rFonts w:eastAsia="Times New Roman" w:cs="Times New Roman"/>
          <w:szCs w:val="24"/>
          <w:lang w:val="el-GR" w:eastAsia="el-GR"/>
        </w:rPr>
      </w:pPr>
      <w:r w:rsidRPr="00AA21A8">
        <w:rPr>
          <w:rFonts w:eastAsia="Times New Roman" w:cs="Times New Roman"/>
          <w:szCs w:val="24"/>
          <w:lang w:val="el-GR" w:eastAsia="el-GR"/>
        </w:rPr>
        <w:t>(Υπογραφή)</w:t>
      </w:r>
    </w:p>
    <w:p w:rsidR="00BC02DF" w:rsidRPr="00AA21A8" w:rsidRDefault="00BC02DF" w:rsidP="00BC02DF">
      <w:pPr>
        <w:spacing w:after="0" w:line="240" w:lineRule="auto"/>
        <w:ind w:right="423"/>
        <w:jc w:val="right"/>
        <w:rPr>
          <w:rFonts w:eastAsia="Times New Roman" w:cs="Times New Roman"/>
          <w:szCs w:val="24"/>
          <w:lang w:val="el-GR" w:eastAsia="el-GR"/>
        </w:rPr>
      </w:pPr>
    </w:p>
    <w:p w:rsidR="00BC02DF" w:rsidRDefault="00BC02DF" w:rsidP="00BC02DF">
      <w:pPr>
        <w:spacing w:before="100" w:after="40" w:line="240" w:lineRule="auto"/>
        <w:jc w:val="both"/>
        <w:rPr>
          <w:rFonts w:eastAsia="Times New Roman" w:cs="Arial"/>
          <w:b/>
          <w:sz w:val="24"/>
          <w:szCs w:val="24"/>
          <w:lang w:val="el-GR" w:eastAsia="el-GR"/>
        </w:rPr>
      </w:pPr>
    </w:p>
    <w:p w:rsidR="00A10505" w:rsidRPr="00AA21A8" w:rsidRDefault="00A10505" w:rsidP="00BC02DF">
      <w:pPr>
        <w:spacing w:before="100" w:after="40" w:line="240" w:lineRule="auto"/>
        <w:jc w:val="both"/>
        <w:rPr>
          <w:rFonts w:eastAsia="Times New Roman" w:cs="Arial"/>
          <w:b/>
          <w:sz w:val="24"/>
          <w:szCs w:val="24"/>
          <w:lang w:val="el-GR" w:eastAsia="el-GR"/>
        </w:rPr>
      </w:pPr>
    </w:p>
    <w:p w:rsidR="00BC02DF" w:rsidRPr="00BA3EA6" w:rsidRDefault="00BC02DF" w:rsidP="00BC02DF">
      <w:pPr>
        <w:spacing w:before="100" w:after="40" w:line="240" w:lineRule="auto"/>
        <w:jc w:val="both"/>
        <w:rPr>
          <w:rFonts w:eastAsia="Times New Roman" w:cs="Arial"/>
          <w:szCs w:val="18"/>
          <w:lang w:val="el-GR" w:eastAsia="el-GR"/>
        </w:rPr>
      </w:pPr>
      <w:r w:rsidRPr="00BA3EA6">
        <w:rPr>
          <w:rFonts w:eastAsia="Times New Roman" w:cs="Arial"/>
          <w:b/>
          <w:szCs w:val="18"/>
          <w:lang w:val="el-GR" w:eastAsia="el-GR"/>
        </w:rPr>
        <w:t>ΔΗΛΩΣΗ ΚΑΙ ΡΗΤΗ ΣΥΓΚΑΤΑΘΕΣΗ ΕΠΕΞΕΡΓΑΣΙΑΣ ΠΡΟΣΩΠΙΚΩΝ ΔΕΔΟΜΕΝΩΝ</w:t>
      </w:r>
    </w:p>
    <w:p w:rsidR="00BC02DF" w:rsidRPr="00BA3EA6" w:rsidRDefault="00BC02DF" w:rsidP="00BC02DF">
      <w:pPr>
        <w:spacing w:after="0" w:line="240" w:lineRule="auto"/>
        <w:jc w:val="both"/>
        <w:rPr>
          <w:rFonts w:eastAsia="Times New Roman" w:cs="Arial"/>
          <w:szCs w:val="18"/>
          <w:lang w:val="el-GR" w:eastAsia="el-GR"/>
        </w:rPr>
      </w:pPr>
      <w:r w:rsidRPr="00BA3EA6">
        <w:rPr>
          <w:rFonts w:eastAsia="Times New Roman" w:cs="Arial"/>
          <w:szCs w:val="18"/>
          <w:lang w:val="el-GR" w:eastAsia="el-GR"/>
        </w:rPr>
        <w:t>Δηλώνω ότι τα στοιχεία που αναγράφω στην παρούσα αίτηση είναι αληθή και ακριβή και ζητώ την εγγραφή μου στο Μητρώο Εθελοντών του Δήμου Λαμιέων.</w:t>
      </w:r>
    </w:p>
    <w:p w:rsidR="00BC02DF" w:rsidRPr="00BA3EA6" w:rsidRDefault="00BC02DF" w:rsidP="00BC02DF">
      <w:pPr>
        <w:spacing w:after="0" w:line="240" w:lineRule="auto"/>
        <w:jc w:val="both"/>
        <w:rPr>
          <w:rFonts w:eastAsia="Times New Roman" w:cs="Arial"/>
          <w:szCs w:val="18"/>
          <w:lang w:val="el-GR" w:eastAsia="el-GR"/>
        </w:rPr>
      </w:pPr>
      <w:r w:rsidRPr="00BA3EA6">
        <w:rPr>
          <w:rFonts w:eastAsia="Times New Roman" w:cs="Arial"/>
          <w:szCs w:val="18"/>
          <w:lang w:val="el-GR" w:eastAsia="el-GR"/>
        </w:rPr>
        <w:t>Με την υπογραφή μου παρέχω τη ρητή και ελεύθερη συγκατάθεσή μου στον Δήμο Λαμιέων για τη συλλογή, καταχώριση, τήρηση και εν γένει επεξεργασία των προσωπικών δεδομένων που δηλώνω στην παρούσα αίτηση, αποκλειστικά για τους σκοπούς της εγγραφής και τήρησής μου στο Μητρώο Εθελοντών, της επικοινωνίας μαζί μου, της οργάνωσης και του συντονισμού της συμμετοχής μου σε εθελοντικές δράσεις και της διαχείρισης της εθελοντικής μου ιδιότητας. Ενημερώθηκα ότι η επεξεργασία πραγματοποιείται σύμφωνα με τον Κανονισμό (ΕΕ) 2016/679 (ΓΚΠΔ) και την ισχύουσα εθνική νομοθεσία, ότι τα δεδομένα μου δεν κοινοποιούνται σε τρίτους παρά μόνο όταν αυτό προβλέπεται από τον νόμο ή είναι αναγκαίο για τους παραπάνω σκοπούς, και ότι μπορώ να ασκώ τα δικαιώματα που μου παρέχει η νομοθεσία περί προστασίας προσωπικών δεδομένων, καθώς και να ανακαλέσω τη συγκατάθεσή μου για επεξεργασίες που βασίζονται σε αυτήν, χωρίς να θίγεται η νομιμότητα της επεξεργασίας που προηγήθηκε της ανάκλησης.</w:t>
      </w:r>
    </w:p>
    <w:p w:rsidR="00BC02DF" w:rsidRPr="00BA3EA6" w:rsidRDefault="00BA3EA6" w:rsidP="00BC02DF">
      <w:pPr>
        <w:spacing w:after="0" w:line="240" w:lineRule="auto"/>
        <w:jc w:val="both"/>
        <w:rPr>
          <w:rFonts w:eastAsia="Times New Roman" w:cs="Arial"/>
          <w:szCs w:val="18"/>
          <w:lang w:val="el-GR" w:eastAsia="el-GR"/>
        </w:rPr>
      </w:pPr>
      <w:r w:rsidRPr="00BA3EA6">
        <w:rPr>
          <w:noProof/>
          <w:szCs w:val="18"/>
          <w:lang w:val="el-GR" w:eastAsia="el-GR"/>
        </w:rPr>
        <mc:AlternateContent>
          <mc:Choice Requires="wps">
            <w:drawing>
              <wp:anchor distT="0" distB="0" distL="114300" distR="114300" simplePos="0" relativeHeight="251658752" behindDoc="0" locked="0" layoutInCell="1" allowOverlap="1" wp14:anchorId="246415CF" wp14:editId="2EA56690">
                <wp:simplePos x="0" y="0"/>
                <wp:positionH relativeFrom="column">
                  <wp:posOffset>5715</wp:posOffset>
                </wp:positionH>
                <wp:positionV relativeFrom="paragraph">
                  <wp:posOffset>64136</wp:posOffset>
                </wp:positionV>
                <wp:extent cx="258445" cy="190500"/>
                <wp:effectExtent l="0" t="0" r="27305" b="19050"/>
                <wp:wrapNone/>
                <wp:docPr id="10"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190500"/>
                        </a:xfrm>
                        <a:prstGeom prst="rect">
                          <a:avLst/>
                        </a:prstGeom>
                        <a:solidFill>
                          <a:srgbClr val="FFFFFF"/>
                        </a:solidFill>
                        <a:ln w="9525">
                          <a:solidFill>
                            <a:srgbClr val="000000"/>
                          </a:solidFill>
                          <a:miter lim="800000"/>
                          <a:headEnd/>
                          <a:tailEnd/>
                        </a:ln>
                      </wps:spPr>
                      <wps:txbx>
                        <w:txbxContent>
                          <w:p w:rsidR="00BC02DF" w:rsidRPr="00E01EF9" w:rsidRDefault="00BC02DF" w:rsidP="00980ED7">
                            <w:pPr>
                              <w:spacing w:line="240" w:lineRule="auto"/>
                              <w:jc w:val="center"/>
                              <w:rPr>
                                <w:b/>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6415CF" id="_x0000_s1029" type="#_x0000_t202" style="position:absolute;left:0;text-align:left;margin-left:.45pt;margin-top:5.05pt;width:20.35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">
                <v:textbox>
                  <w:txbxContent>
                    <w:p w:rsidR="00BC02DF" w:rsidRPr="00E01EF9" w:rsidRDefault="00BC02DF" w:rsidP="00980ED7">
                      <w:pPr>
                        <w:spacing w:line="240" w:lineRule="auto"/>
                        <w:jc w:val="center"/>
                        <w:rPr>
                          <w:b/>
                          <w:lang w:val="el-GR"/>
                        </w:rPr>
                      </w:pPr>
                    </w:p>
                  </w:txbxContent>
                </v:textbox>
              </v:shape>
            </w:pict>
          </mc:Fallback>
        </mc:AlternateContent>
      </w:r>
    </w:p>
    <w:p w:rsidR="00AA21A8" w:rsidRPr="00BA3EA6" w:rsidRDefault="00BC02DF" w:rsidP="00036A50">
      <w:pPr>
        <w:spacing w:after="0" w:line="240" w:lineRule="auto"/>
        <w:jc w:val="both"/>
        <w:rPr>
          <w:szCs w:val="18"/>
          <w:lang w:val="el-GR"/>
        </w:rPr>
      </w:pPr>
      <w:r w:rsidRPr="00BA3EA6">
        <w:rPr>
          <w:rFonts w:ascii="MS Gothic" w:eastAsia="MS Gothic" w:hAnsi="MS Gothic" w:cs="MS Gothic"/>
          <w:szCs w:val="18"/>
          <w:lang w:val="el-GR" w:eastAsia="el-GR"/>
        </w:rPr>
        <w:t xml:space="preserve">    </w:t>
      </w:r>
      <w:r w:rsidR="00D011A9" w:rsidRPr="00BA3EA6">
        <w:rPr>
          <w:rFonts w:ascii="MS Gothic" w:eastAsia="MS Gothic" w:hAnsi="MS Gothic" w:cs="MS Gothic"/>
          <w:szCs w:val="18"/>
          <w:lang w:val="el-GR" w:eastAsia="el-GR"/>
        </w:rPr>
        <w:t xml:space="preserve"> </w:t>
      </w:r>
      <w:r w:rsidRPr="00BA3EA6">
        <w:rPr>
          <w:rFonts w:eastAsia="Times New Roman" w:cs="Arial"/>
          <w:szCs w:val="18"/>
          <w:lang w:val="el-GR" w:eastAsia="el-GR"/>
        </w:rPr>
        <w:t>Δηλώνω ότι έλαβα γνώση των ανωτέρω και ΣΥΓΚΑΤΙΘΕΜΑΙ ΡΗΤΑ στην επεξεργασία των προσωπικών μου δεδο</w:t>
      </w:r>
      <w:r w:rsidR="00A10505" w:rsidRPr="00BA3EA6">
        <w:rPr>
          <w:rFonts w:eastAsia="Times New Roman" w:cs="Arial"/>
          <w:szCs w:val="18"/>
          <w:lang w:val="el-GR" w:eastAsia="el-GR"/>
        </w:rPr>
        <w:t xml:space="preserve">μένων για τους παραπάνω σκοπούς. </w:t>
      </w:r>
    </w:p>
    <w:sectPr w:rsidR="00AA21A8" w:rsidRPr="00BA3EA6" w:rsidSect="00342634">
      <w:headerReference w:type="default" r:id="rId10"/>
      <w:footerReference w:type="default" r:id="rId11"/>
      <w:pgSz w:w="12240" w:h="15840"/>
      <w:pgMar w:top="765" w:right="879" w:bottom="765" w:left="879" w:header="720" w:footer="485"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F88" w:rsidRDefault="00AB0F88">
      <w:pPr>
        <w:spacing w:after="0" w:line="240" w:lineRule="auto"/>
      </w:pPr>
      <w:r>
        <w:separator/>
      </w:r>
    </w:p>
  </w:endnote>
  <w:endnote w:type="continuationSeparator" w:id="0">
    <w:p w:rsidR="00AB0F88" w:rsidRDefault="00AB0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8FC" w:rsidRDefault="007E0A07">
    <w:pPr>
      <w:pStyle w:val="a6"/>
      <w:jc w:val="center"/>
    </w:pPr>
    <w:proofErr w:type="spellStart"/>
    <w:r>
      <w:rPr>
        <w:sz w:val="16"/>
      </w:rPr>
      <w:t>Γρ</w:t>
    </w:r>
    <w:proofErr w:type="spellEnd"/>
    <w:r>
      <w:rPr>
        <w:sz w:val="16"/>
      </w:rPr>
      <w:t xml:space="preserve">αφείο </w:t>
    </w:r>
    <w:proofErr w:type="spellStart"/>
    <w:r>
      <w:rPr>
        <w:sz w:val="16"/>
      </w:rPr>
      <w:t>Εθελοντισμού</w:t>
    </w:r>
    <w:proofErr w:type="spellEnd"/>
    <w:r>
      <w:rPr>
        <w:sz w:val="16"/>
      </w:rPr>
      <w:t xml:space="preserve"> Δήμου Λα</w:t>
    </w:r>
    <w:proofErr w:type="spellStart"/>
    <w:r>
      <w:rPr>
        <w:sz w:val="16"/>
      </w:rPr>
      <w:t>μιέων</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1A8" w:rsidRPr="00A10505" w:rsidRDefault="00AA21A8" w:rsidP="00A1050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F88" w:rsidRDefault="00AB0F88">
      <w:pPr>
        <w:spacing w:after="0" w:line="240" w:lineRule="auto"/>
      </w:pPr>
      <w:r>
        <w:separator/>
      </w:r>
    </w:p>
  </w:footnote>
  <w:footnote w:type="continuationSeparator" w:id="0">
    <w:p w:rsidR="00AB0F88" w:rsidRDefault="00AB0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8FC" w:rsidRDefault="007E0A07" w:rsidP="00466A7B">
    <w:pPr>
      <w:pStyle w:val="a5"/>
      <w:spacing w:after="120"/>
      <w:jc w:val="center"/>
    </w:pPr>
    <w:r>
      <w:rPr>
        <w:b/>
      </w:rPr>
      <w:t xml:space="preserve">ΔΗΜΟΣ </w:t>
    </w:r>
    <w:proofErr w:type="gramStart"/>
    <w:r>
      <w:rPr>
        <w:b/>
      </w:rPr>
      <w:t>ΛΑΜΙΕΩΝ  |</w:t>
    </w:r>
    <w:proofErr w:type="gramEnd"/>
    <w:r>
      <w:rPr>
        <w:b/>
      </w:rPr>
      <w:t xml:space="preserve">  ΓΡΑΦΕΙΟ ΕΘΕΛΟΝΤΙΣΜΟΥ</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1A8" w:rsidRPr="00A10505" w:rsidRDefault="00036A50" w:rsidP="00036A50">
    <w:pPr>
      <w:pStyle w:val="a5"/>
      <w:jc w:val="center"/>
    </w:pPr>
    <w:r>
      <w:rPr>
        <w:rFonts w:ascii="Times New Roman" w:eastAsia="Times New Roman" w:hAnsi="Times New Roman" w:cs="Times New Roman"/>
        <w:noProof/>
        <w:sz w:val="24"/>
        <w:szCs w:val="24"/>
        <w:lang w:val="el-GR" w:eastAsia="el-GR"/>
      </w:rPr>
      <w:drawing>
        <wp:inline distT="0" distB="0" distL="0" distR="0" wp14:anchorId="0CD288EE" wp14:editId="03DBD85F">
          <wp:extent cx="564515" cy="524510"/>
          <wp:effectExtent l="0" t="0" r="6985" b="889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515" cy="5245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74B8"/>
    <w:rsid w:val="00026434"/>
    <w:rsid w:val="00034616"/>
    <w:rsid w:val="00036A50"/>
    <w:rsid w:val="0006063C"/>
    <w:rsid w:val="000C678D"/>
    <w:rsid w:val="000E7C91"/>
    <w:rsid w:val="001416EC"/>
    <w:rsid w:val="0015074B"/>
    <w:rsid w:val="00174F92"/>
    <w:rsid w:val="00192A38"/>
    <w:rsid w:val="001D2407"/>
    <w:rsid w:val="002105BC"/>
    <w:rsid w:val="00222EFD"/>
    <w:rsid w:val="0029196E"/>
    <w:rsid w:val="0029639D"/>
    <w:rsid w:val="002D33B0"/>
    <w:rsid w:val="00326F90"/>
    <w:rsid w:val="00342634"/>
    <w:rsid w:val="00373903"/>
    <w:rsid w:val="003F1D1D"/>
    <w:rsid w:val="00400136"/>
    <w:rsid w:val="00466A7B"/>
    <w:rsid w:val="004A0AE1"/>
    <w:rsid w:val="0051148C"/>
    <w:rsid w:val="00524C88"/>
    <w:rsid w:val="0057785A"/>
    <w:rsid w:val="005D6EB4"/>
    <w:rsid w:val="006045C9"/>
    <w:rsid w:val="00655DE3"/>
    <w:rsid w:val="006A3C57"/>
    <w:rsid w:val="00714256"/>
    <w:rsid w:val="007E0A07"/>
    <w:rsid w:val="00855AE9"/>
    <w:rsid w:val="008803CB"/>
    <w:rsid w:val="008C0C38"/>
    <w:rsid w:val="008D0A2F"/>
    <w:rsid w:val="008D293F"/>
    <w:rsid w:val="00931CB6"/>
    <w:rsid w:val="00980ED7"/>
    <w:rsid w:val="00994FEF"/>
    <w:rsid w:val="009A74F2"/>
    <w:rsid w:val="00A10505"/>
    <w:rsid w:val="00A47A60"/>
    <w:rsid w:val="00A51770"/>
    <w:rsid w:val="00A82D45"/>
    <w:rsid w:val="00AA1D8D"/>
    <w:rsid w:val="00AA21A8"/>
    <w:rsid w:val="00AB0F88"/>
    <w:rsid w:val="00B26437"/>
    <w:rsid w:val="00B47730"/>
    <w:rsid w:val="00B758D2"/>
    <w:rsid w:val="00BA3EA6"/>
    <w:rsid w:val="00BC02DF"/>
    <w:rsid w:val="00BF4AFE"/>
    <w:rsid w:val="00C148FC"/>
    <w:rsid w:val="00C575B0"/>
    <w:rsid w:val="00CA764C"/>
    <w:rsid w:val="00CB0664"/>
    <w:rsid w:val="00D011A9"/>
    <w:rsid w:val="00D966EE"/>
    <w:rsid w:val="00DB2675"/>
    <w:rsid w:val="00DE4B87"/>
    <w:rsid w:val="00E01EF9"/>
    <w:rsid w:val="00E42BF2"/>
    <w:rsid w:val="00EF06DD"/>
    <w:rsid w:val="00EF7248"/>
    <w:rsid w:val="00F23B03"/>
    <w:rsid w:val="00F41A8F"/>
    <w:rsid w:val="00F722F9"/>
    <w:rsid w:val="00FC5A7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5D915DDE-F8C6-41D6-93C7-83681E201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Arial" w:eastAsia="Arial" w:hAnsi="Arial"/>
      <w:sz w:val="18"/>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2">
    <w:name w:val="Balloon Text"/>
    <w:basedOn w:val="a1"/>
    <w:link w:val="Char7"/>
    <w:uiPriority w:val="99"/>
    <w:semiHidden/>
    <w:unhideWhenUsed/>
    <w:rsid w:val="00524C88"/>
    <w:pPr>
      <w:spacing w:after="0" w:line="240" w:lineRule="auto"/>
    </w:pPr>
    <w:rPr>
      <w:rFonts w:ascii="Tahoma" w:hAnsi="Tahoma" w:cs="Tahoma"/>
      <w:sz w:val="16"/>
      <w:szCs w:val="16"/>
    </w:rPr>
  </w:style>
  <w:style w:type="character" w:customStyle="1" w:styleId="Char7">
    <w:name w:val="Κείμενο πλαισίου Char"/>
    <w:basedOn w:val="a2"/>
    <w:link w:val="aff2"/>
    <w:uiPriority w:val="99"/>
    <w:semiHidden/>
    <w:rsid w:val="00524C88"/>
    <w:rPr>
      <w:rFonts w:ascii="Tahoma" w:eastAsia="Arial" w:hAnsi="Tahoma" w:cs="Tahoma"/>
      <w:sz w:val="16"/>
      <w:szCs w:val="16"/>
    </w:rPr>
  </w:style>
  <w:style w:type="paragraph" w:styleId="aff3">
    <w:name w:val="Body Text Indent"/>
    <w:basedOn w:val="a1"/>
    <w:link w:val="Char8"/>
    <w:uiPriority w:val="99"/>
    <w:semiHidden/>
    <w:unhideWhenUsed/>
    <w:rsid w:val="00AA21A8"/>
    <w:pPr>
      <w:spacing w:after="120"/>
      <w:ind w:left="283"/>
    </w:pPr>
  </w:style>
  <w:style w:type="character" w:customStyle="1" w:styleId="Char8">
    <w:name w:val="Σώμα κείμενου με εσοχή Char"/>
    <w:basedOn w:val="a2"/>
    <w:link w:val="aff3"/>
    <w:uiPriority w:val="99"/>
    <w:semiHidden/>
    <w:rsid w:val="00AA21A8"/>
    <w:rPr>
      <w:rFonts w:ascii="Arial" w:eastAsia="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03B59-377F-444D-9A87-5C76959B4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1018</Words>
  <Characters>5499</Characters>
  <Application>Microsoft Office Word</Application>
  <DocSecurity>0</DocSecurity>
  <Lines>45</Lines>
  <Paragraphs>13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Aikaterini Tsadima</cp:lastModifiedBy>
  <cp:revision>30</cp:revision>
  <cp:lastPrinted>2026-09-03T06:08:00Z</cp:lastPrinted>
  <dcterms:created xsi:type="dcterms:W3CDTF">2026-09-02T11:09:00Z</dcterms:created>
  <dcterms:modified xsi:type="dcterms:W3CDTF">2026-09-03T06:27:00Z</dcterms:modified>
</cp:coreProperties>
</file>